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DA1E99" w14:textId="452710BA" w:rsidR="00AA58DB" w:rsidRDefault="00121E3D" w:rsidP="00C53DAB">
      <w:pPr>
        <w:jc w:val="center"/>
      </w:pPr>
      <w:r w:rsidRPr="00C53DAB">
        <w:rPr>
          <w:rFonts w:asciiTheme="majorHAnsi" w:eastAsiaTheme="majorEastAsia" w:hAnsiTheme="majorHAnsi" w:cstheme="majorBidi"/>
          <w:b/>
          <w:bCs/>
          <w:color w:val="549E39" w:themeColor="accent1"/>
          <w:sz w:val="26"/>
          <w:szCs w:val="26"/>
        </w:rPr>
        <w:t xml:space="preserve">CSBP119: Algorithms and </w:t>
      </w:r>
      <w:proofErr w:type="gramStart"/>
      <w:r w:rsidRPr="00C53DAB">
        <w:rPr>
          <w:rFonts w:asciiTheme="majorHAnsi" w:eastAsiaTheme="majorEastAsia" w:hAnsiTheme="majorHAnsi" w:cstheme="majorBidi"/>
          <w:b/>
          <w:bCs/>
          <w:color w:val="549E39" w:themeColor="accent1"/>
          <w:sz w:val="26"/>
          <w:szCs w:val="26"/>
        </w:rPr>
        <w:t>problem solving</w:t>
      </w:r>
      <w:proofErr w:type="gramEnd"/>
      <w:r w:rsidRPr="00C53DAB">
        <w:rPr>
          <w:rFonts w:asciiTheme="majorHAnsi" w:eastAsiaTheme="majorEastAsia" w:hAnsiTheme="majorHAnsi" w:cstheme="majorBidi"/>
          <w:b/>
          <w:bCs/>
          <w:color w:val="549E39" w:themeColor="accent1"/>
          <w:sz w:val="26"/>
          <w:szCs w:val="26"/>
        </w:rPr>
        <w:t xml:space="preserve"> Homework 2</w:t>
      </w:r>
      <w:r w:rsidR="00000000">
        <w:br/>
      </w:r>
    </w:p>
    <w:p w14:paraId="4DD4C4F3" w14:textId="77777777" w:rsidR="00AA58DB" w:rsidRDefault="00000000">
      <w:pPr>
        <w:pStyle w:val="Heading2"/>
      </w:pPr>
      <w:r>
        <w:t>1. Age Category with a Hidden Condition</w:t>
      </w:r>
    </w:p>
    <w:p w14:paraId="7694714B" w14:textId="77777777" w:rsidR="00AA58DB" w:rsidRDefault="00000000">
      <w:r>
        <w:t>Write a Python program that asks the user for their age and categorizes them as follows:</w:t>
      </w:r>
      <w:r>
        <w:br/>
        <w:t>- If the age is below 13, print "You are a Child."</w:t>
      </w:r>
      <w:r>
        <w:br/>
        <w:t>- If the age is between 13 and 19 (inclusive), print "You are a Teenager."</w:t>
      </w:r>
      <w:r>
        <w:br/>
        <w:t>- If the age is between 20 and 64 (inclusive), print "You are an Adult."</w:t>
      </w:r>
      <w:r>
        <w:br/>
        <w:t>- If the age is 65 or above, print "You are a Senior Citizen."</w:t>
      </w:r>
      <w:r>
        <w:br/>
      </w:r>
      <w:r>
        <w:br/>
        <w:t>However, if the **age is a perfect square**, print "Your age is quite special!" instead of the category.</w:t>
      </w:r>
    </w:p>
    <w:p w14:paraId="37CB5457" w14:textId="77777777" w:rsidR="00AA58DB" w:rsidRDefault="00000000">
      <w:pPr>
        <w:pStyle w:val="Heading2"/>
      </w:pPr>
      <w:r>
        <w:t>2. Mysterious Number Series</w:t>
      </w:r>
    </w:p>
    <w:p w14:paraId="0E6F5E75" w14:textId="77777777" w:rsidR="00AA58DB" w:rsidRDefault="00000000">
      <w:r>
        <w:t>Write a Python program that asks the user for a positive integer `n`. The program should print each number from `1` to `n`, but with the following hidden rules:</w:t>
      </w:r>
      <w:r>
        <w:br/>
        <w:t>- If the number is **prime**, print "Prime Found!" instead.</w:t>
      </w:r>
      <w:r>
        <w:br/>
        <w:t>- If the number is **a multiple of 4 but not prime**, print "Quad!".</w:t>
      </w:r>
      <w:r>
        <w:br/>
        <w:t>- If the number contains the digit `5`, print "Forbidden 5!".</w:t>
      </w:r>
    </w:p>
    <w:p w14:paraId="6187619A" w14:textId="77777777" w:rsidR="00AA58DB" w:rsidRDefault="00000000">
      <w:pPr>
        <w:pStyle w:val="Heading2"/>
      </w:pPr>
      <w:r>
        <w:t>3. Guess the Number with a Logical Trap</w:t>
      </w:r>
    </w:p>
    <w:p w14:paraId="21B84C81" w14:textId="1934F7A9" w:rsidR="00AA58DB" w:rsidRDefault="00000000">
      <w:r>
        <w:t>Write a Python program where the user must guess a secret number. The program should keep prompting the user until they guess correctly, but with a twist:</w:t>
      </w:r>
      <w:r>
        <w:br/>
        <w:t>- If the guess is **even but incorrect**, print "You're close but missing something."</w:t>
      </w:r>
      <w:r>
        <w:br/>
        <w:t>- If the guess is **odd but incorrect**, print "You're far off."</w:t>
      </w:r>
      <w:r>
        <w:br/>
        <w:t>- If the guess is **a multiple of 10**, print "Too round to be correct."</w:t>
      </w:r>
      <w:r>
        <w:br/>
        <w:t>- If the correct number is guessed, print "Well done!"</w:t>
      </w:r>
      <w:r>
        <w:br/>
      </w:r>
      <w:r>
        <w:br/>
        <w:t>**Hint: Use the following lines to generate a random number:**</w:t>
      </w:r>
      <w:r>
        <w:br/>
      </w:r>
      <w:r>
        <w:br/>
        <w:t>import random</w:t>
      </w:r>
      <w:r>
        <w:br/>
        <w:t>secret_number = random.randint(1, 99)</w:t>
      </w:r>
      <w:r>
        <w:br/>
      </w:r>
    </w:p>
    <w:p w14:paraId="365BB87F" w14:textId="77777777" w:rsidR="00AA58DB" w:rsidRDefault="00000000">
      <w:pPr>
        <w:pStyle w:val="Heading2"/>
      </w:pPr>
      <w:r>
        <w:t>4. Advanced Multiplication Table with Constraints</w:t>
      </w:r>
    </w:p>
    <w:p w14:paraId="77C1AC7C" w14:textId="77777777" w:rsidR="00AA58DB" w:rsidRDefault="00000000">
      <w:r>
        <w:t>Write a Python program that asks the user for a number and prints its multiplication table from `1` to `10`. However:</w:t>
      </w:r>
      <w:r>
        <w:br/>
        <w:t>- If the multiplication result is **divisible by both 2 and 3**, indicate it with "Double Trouble!" next to it.</w:t>
      </w:r>
      <w:r>
        <w:br/>
        <w:t>- If the result contains the digit `7`, indicate it with "Lucky Hit!" next to it.</w:t>
      </w:r>
      <w:r>
        <w:br/>
        <w:t>- If the result is greater than 50, replace it with "Too Big!" instead of printing the actual number.</w:t>
      </w:r>
    </w:p>
    <w:p w14:paraId="5C0314C5" w14:textId="77777777" w:rsidR="00AA58DB" w:rsidRDefault="00000000">
      <w:pPr>
        <w:pStyle w:val="Heading2"/>
      </w:pPr>
      <w:r>
        <w:lastRenderedPageBreak/>
        <w:t>5. The Unpredictable Countdown</w:t>
      </w:r>
    </w:p>
    <w:p w14:paraId="7D40AFD7" w14:textId="77777777" w:rsidR="00AA58DB" w:rsidRDefault="00000000">
      <w:r>
        <w:t>Write a Python program that asks the user for a positive integer and then counts down to zero, but with **unpredictable skipping rules**:</w:t>
      </w:r>
      <w:r>
        <w:br/>
        <w:t>- If the number is **a multiple of 3**, skip printing it.</w:t>
      </w:r>
      <w:r>
        <w:br/>
        <w:t>- If the number ends in `2` or `8`, print "Twisted Skip!" instead of the number.</w:t>
      </w:r>
      <w:r>
        <w:br/>
        <w:t>- If the countdown reaches `4`, print "Unexpected Stop!" and end the countdown early.</w:t>
      </w:r>
    </w:p>
    <w:p w14:paraId="35A6C8FC" w14:textId="77777777" w:rsidR="00AA58DB" w:rsidRDefault="00000000">
      <w:pPr>
        <w:pStyle w:val="Heading2"/>
      </w:pPr>
      <w:r>
        <w:t>6. Divisibility Test with Hidden Constraints</w:t>
      </w:r>
    </w:p>
    <w:p w14:paraId="5A794B61" w14:textId="77777777" w:rsidR="00AA58DB" w:rsidRDefault="00000000">
      <w:r>
        <w:t>Write a Python program that asks the user for two integers: `x` and `y`. The program should count how many numbers between `1` and `x` (inclusive) are divisible by `y`, but with special cases:</w:t>
      </w:r>
      <w:r>
        <w:br/>
        <w:t>- **Do not count numbers that contain the digit `3`.**</w:t>
      </w:r>
      <w:r>
        <w:br/>
        <w:t>- **If the count exceeds 10, stop and print "Too many matches!".**</w:t>
      </w:r>
    </w:p>
    <w:p w14:paraId="7A4DAE4A" w14:textId="09A25532" w:rsidR="00AA58DB" w:rsidRDefault="00000000">
      <w:pPr>
        <w:pStyle w:val="Heading2"/>
      </w:pPr>
      <w:r>
        <w:t xml:space="preserve">7. </w:t>
      </w:r>
      <w:r w:rsidR="00121E3D">
        <w:t xml:space="preserve">Draw </w:t>
      </w:r>
      <w:r>
        <w:t>Flowchart from Code</w:t>
      </w:r>
    </w:p>
    <w:p w14:paraId="112435DC" w14:textId="6DA767E8" w:rsidR="00AA58DB" w:rsidRDefault="00000000">
      <w:r>
        <w:br/>
        <w:t>i = 1</w:t>
      </w:r>
      <w:r>
        <w:br/>
        <w:t>while i &lt;= 5:</w:t>
      </w:r>
      <w:r>
        <w:br/>
        <w:t xml:space="preserve">    j = 1</w:t>
      </w:r>
      <w:r>
        <w:br/>
        <w:t xml:space="preserve">    while j &lt;= i:</w:t>
      </w:r>
      <w:r>
        <w:br/>
        <w:t xml:space="preserve">        k = 1</w:t>
      </w:r>
      <w:r>
        <w:br/>
        <w:t xml:space="preserve">        while k &lt;= j:</w:t>
      </w:r>
      <w:r>
        <w:br/>
        <w:t xml:space="preserve">            if (i + j + k) % 3 == 0:</w:t>
      </w:r>
      <w:r>
        <w:br/>
        <w:t xml:space="preserve">                print(i, j, k, "Divisible by 3")</w:t>
      </w:r>
      <w:r>
        <w:br/>
        <w:t xml:space="preserve">            elif (i * j * k) % 2 == 0:</w:t>
      </w:r>
      <w:r>
        <w:br/>
        <w:t xml:space="preserve">                print(i, j, k, "Even Product")</w:t>
      </w:r>
      <w:r>
        <w:br/>
        <w:t xml:space="preserve">            else:</w:t>
      </w:r>
      <w:r>
        <w:br/>
        <w:t xml:space="preserve">                print(i, j, k, "Odd Product")</w:t>
      </w:r>
      <w:r>
        <w:br/>
        <w:t xml:space="preserve">            k += 1</w:t>
      </w:r>
      <w:r>
        <w:br/>
        <w:t xml:space="preserve">        if j % 2 == 0:</w:t>
      </w:r>
      <w:r>
        <w:br/>
        <w:t xml:space="preserve">            print(j, "is Even")</w:t>
      </w:r>
      <w:r>
        <w:br/>
        <w:t xml:space="preserve">        else:</w:t>
      </w:r>
      <w:r>
        <w:br/>
        <w:t xml:space="preserve">            print(j, "is Odd")</w:t>
      </w:r>
      <w:r>
        <w:br/>
        <w:t xml:space="preserve">        j += 1</w:t>
      </w:r>
      <w:r>
        <w:br/>
        <w:t xml:space="preserve">    if i % 2 == 0:</w:t>
      </w:r>
      <w:r>
        <w:br/>
        <w:t xml:space="preserve">        print(i, "is Even, incrementing by 2")</w:t>
      </w:r>
      <w:r>
        <w:br/>
        <w:t xml:space="preserve">        i += 2</w:t>
      </w:r>
      <w:r>
        <w:br/>
        <w:t xml:space="preserve">    else:</w:t>
      </w:r>
      <w:r>
        <w:br/>
        <w:t xml:space="preserve">        print(i, "is Odd, incrementing by 1")</w:t>
      </w:r>
      <w:r>
        <w:br/>
        <w:t xml:space="preserve">        i += 1</w:t>
      </w:r>
      <w:r>
        <w:br/>
      </w:r>
      <w:r>
        <w:br/>
        <w:t>The flowchart should correctly depict how the loops iterate, how decisions are made, and how the increments modify the flow of the program at each step.</w:t>
      </w:r>
    </w:p>
    <w:p w14:paraId="3532FED5" w14:textId="640CE811" w:rsidR="00AA58DB" w:rsidRDefault="00000000">
      <w:pPr>
        <w:pStyle w:val="Heading2"/>
      </w:pPr>
      <w:r>
        <w:lastRenderedPageBreak/>
        <w:t xml:space="preserve">8. </w:t>
      </w:r>
      <w:r w:rsidR="00121E3D">
        <w:t xml:space="preserve">Draw </w:t>
      </w:r>
      <w:r>
        <w:t xml:space="preserve">Flowchart from </w:t>
      </w:r>
      <w:r w:rsidR="00121E3D">
        <w:t>given information</w:t>
      </w:r>
    </w:p>
    <w:p w14:paraId="0066F6EB" w14:textId="77777777" w:rsidR="00AA58DB" w:rsidRDefault="00000000">
      <w:r>
        <w:t>A company is creating a program to analyze a number provided by the user. The program starts by asking the user to enter a number. If the number is even, it checks whether it is also greater than 50. If it is, the program prints "Large Even Number"; otherwise, it prints "Small Even Number." If the number is odd, the program further checks if it is a multiple of 5. If so, it prints "Odd and Multiple of 5"; otherwise, it prints "Just an Odd Number." If the number entered is negative, it prints "Negative numbers are not allowed" and terminates. The flowchart should clearly represent these conditional checks and decisions in the correct order.</w:t>
      </w:r>
    </w:p>
    <w:sectPr w:rsidR="00AA58DB"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modern"/>
    <w:pitch w:val="fixed"/>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2003074485">
    <w:abstractNumId w:val="8"/>
  </w:num>
  <w:num w:numId="2" w16cid:durableId="585650760">
    <w:abstractNumId w:val="6"/>
  </w:num>
  <w:num w:numId="3" w16cid:durableId="59256669">
    <w:abstractNumId w:val="5"/>
  </w:num>
  <w:num w:numId="4" w16cid:durableId="936134127">
    <w:abstractNumId w:val="4"/>
  </w:num>
  <w:num w:numId="5" w16cid:durableId="1757244417">
    <w:abstractNumId w:val="7"/>
  </w:num>
  <w:num w:numId="6" w16cid:durableId="864906076">
    <w:abstractNumId w:val="3"/>
  </w:num>
  <w:num w:numId="7" w16cid:durableId="338394350">
    <w:abstractNumId w:val="2"/>
  </w:num>
  <w:num w:numId="8" w16cid:durableId="168259267">
    <w:abstractNumId w:val="1"/>
  </w:num>
  <w:num w:numId="9" w16cid:durableId="11086931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21E3D"/>
    <w:rsid w:val="0015074B"/>
    <w:rsid w:val="0029639D"/>
    <w:rsid w:val="00326F90"/>
    <w:rsid w:val="00AA1D8D"/>
    <w:rsid w:val="00AA58DB"/>
    <w:rsid w:val="00B47730"/>
    <w:rsid w:val="00C53DAB"/>
    <w:rsid w:val="00CB0664"/>
    <w:rsid w:val="00F65DAC"/>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535B1F"/>
  <w14:defaultImageDpi w14:val="300"/>
  <w15:docId w15:val="{C6076FA7-F68B-2145-A69F-41B8A9150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E762A"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549E39"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549E39"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549E39"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94E1C"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94E1C"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549E39"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E762A"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549E39"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549E39" w:themeColor="accent1"/>
    </w:rPr>
  </w:style>
  <w:style w:type="paragraph" w:styleId="Title">
    <w:name w:val="Title"/>
    <w:basedOn w:val="Normal"/>
    <w:next w:val="Normal"/>
    <w:link w:val="TitleChar"/>
    <w:uiPriority w:val="10"/>
    <w:qFormat/>
    <w:rsid w:val="00FC693F"/>
    <w:pPr>
      <w:pBdr>
        <w:bottom w:val="single" w:sz="8" w:space="4" w:color="549E39" w:themeColor="accent1"/>
      </w:pBdr>
      <w:spacing w:after="300" w:line="240" w:lineRule="auto"/>
      <w:contextualSpacing/>
    </w:pPr>
    <w:rPr>
      <w:rFonts w:asciiTheme="majorHAnsi" w:eastAsiaTheme="majorEastAsia" w:hAnsiTheme="majorHAnsi" w:cstheme="majorBidi"/>
      <w:color w:val="33473C"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33473C"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549E39"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549E39"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549E39"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94E1C"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94E1C"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549E39"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549E39"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549E39" w:themeColor="accent1"/>
      </w:pBdr>
      <w:spacing w:before="200" w:after="280"/>
      <w:ind w:left="936" w:right="936"/>
    </w:pPr>
    <w:rPr>
      <w:b/>
      <w:bCs/>
      <w:i/>
      <w:iCs/>
      <w:color w:val="549E39" w:themeColor="accent1"/>
    </w:rPr>
  </w:style>
  <w:style w:type="character" w:customStyle="1" w:styleId="IntenseQuoteChar">
    <w:name w:val="Intense Quote Char"/>
    <w:basedOn w:val="DefaultParagraphFont"/>
    <w:link w:val="IntenseQuote"/>
    <w:uiPriority w:val="30"/>
    <w:rsid w:val="00FC693F"/>
    <w:rPr>
      <w:b/>
      <w:bCs/>
      <w:i/>
      <w:iCs/>
      <w:color w:val="549E39"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549E39" w:themeColor="accent1"/>
    </w:rPr>
  </w:style>
  <w:style w:type="character" w:styleId="SubtleReference">
    <w:name w:val="Subtle Reference"/>
    <w:basedOn w:val="DefaultParagraphFont"/>
    <w:uiPriority w:val="31"/>
    <w:qFormat/>
    <w:rsid w:val="00FC693F"/>
    <w:rPr>
      <w:smallCaps/>
      <w:color w:val="8AB833" w:themeColor="accent2"/>
      <w:u w:val="single"/>
    </w:rPr>
  </w:style>
  <w:style w:type="character" w:styleId="IntenseReference">
    <w:name w:val="Intense Reference"/>
    <w:basedOn w:val="DefaultParagraphFont"/>
    <w:uiPriority w:val="32"/>
    <w:qFormat/>
    <w:rsid w:val="00FC693F"/>
    <w:rPr>
      <w:b/>
      <w:bCs/>
      <w:smallCaps/>
      <w:color w:val="8AB833"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E762A" w:themeColor="accent1" w:themeShade="BF"/>
    </w:rPr>
    <w:tblPr>
      <w:tblStyleRowBandSize w:val="1"/>
      <w:tblStyleColBandSize w:val="1"/>
      <w:tblBorders>
        <w:top w:val="single" w:sz="8" w:space="0" w:color="549E39" w:themeColor="accent1"/>
        <w:bottom w:val="single" w:sz="8" w:space="0" w:color="549E39" w:themeColor="accent1"/>
      </w:tblBorders>
    </w:tblPr>
    <w:tblStylePr w:type="firstRow">
      <w:pPr>
        <w:spacing w:before="0" w:after="0" w:line="240" w:lineRule="auto"/>
      </w:pPr>
      <w:rPr>
        <w:b/>
        <w:bCs/>
      </w:rPr>
      <w:tblPr/>
      <w:tcPr>
        <w:tcBorders>
          <w:top w:val="single" w:sz="8" w:space="0" w:color="549E39" w:themeColor="accent1"/>
          <w:left w:val="nil"/>
          <w:bottom w:val="single" w:sz="8" w:space="0" w:color="549E39" w:themeColor="accent1"/>
          <w:right w:val="nil"/>
          <w:insideH w:val="nil"/>
          <w:insideV w:val="nil"/>
        </w:tcBorders>
      </w:tcPr>
    </w:tblStylePr>
    <w:tblStylePr w:type="lastRow">
      <w:pPr>
        <w:spacing w:before="0" w:after="0" w:line="240" w:lineRule="auto"/>
      </w:pPr>
      <w:rPr>
        <w:b/>
        <w:bCs/>
      </w:rPr>
      <w:tblPr/>
      <w:tcPr>
        <w:tcBorders>
          <w:top w:val="single" w:sz="8" w:space="0" w:color="549E39" w:themeColor="accent1"/>
          <w:left w:val="nil"/>
          <w:bottom w:val="single" w:sz="8" w:space="0" w:color="549E3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BC9" w:themeFill="accent1" w:themeFillTint="3F"/>
      </w:tcPr>
    </w:tblStylePr>
    <w:tblStylePr w:type="band1Horz">
      <w:tblPr/>
      <w:tcPr>
        <w:tcBorders>
          <w:left w:val="nil"/>
          <w:right w:val="nil"/>
          <w:insideH w:val="nil"/>
          <w:insideV w:val="nil"/>
        </w:tcBorders>
        <w:shd w:val="clear" w:color="auto" w:fill="D2EBC9" w:themeFill="accent1" w:themeFillTint="3F"/>
      </w:tcPr>
    </w:tblStylePr>
  </w:style>
  <w:style w:type="table" w:styleId="LightShading-Accent2">
    <w:name w:val="Light Shading Accent 2"/>
    <w:basedOn w:val="TableNormal"/>
    <w:uiPriority w:val="60"/>
    <w:rsid w:val="00FC693F"/>
    <w:pPr>
      <w:spacing w:after="0" w:line="240" w:lineRule="auto"/>
    </w:pPr>
    <w:rPr>
      <w:color w:val="668926" w:themeColor="accent2" w:themeShade="BF"/>
    </w:rPr>
    <w:tblPr>
      <w:tblStyleRowBandSize w:val="1"/>
      <w:tblStyleColBandSize w:val="1"/>
      <w:tblBorders>
        <w:top w:val="single" w:sz="8" w:space="0" w:color="8AB833" w:themeColor="accent2"/>
        <w:bottom w:val="single" w:sz="8" w:space="0" w:color="8AB833" w:themeColor="accent2"/>
      </w:tblBorders>
    </w:tblPr>
    <w:tblStylePr w:type="firstRow">
      <w:pPr>
        <w:spacing w:before="0" w:after="0" w:line="240" w:lineRule="auto"/>
      </w:pPr>
      <w:rPr>
        <w:b/>
        <w:bCs/>
      </w:rPr>
      <w:tblPr/>
      <w:tcPr>
        <w:tcBorders>
          <w:top w:val="single" w:sz="8" w:space="0" w:color="8AB833" w:themeColor="accent2"/>
          <w:left w:val="nil"/>
          <w:bottom w:val="single" w:sz="8" w:space="0" w:color="8AB833" w:themeColor="accent2"/>
          <w:right w:val="nil"/>
          <w:insideH w:val="nil"/>
          <w:insideV w:val="nil"/>
        </w:tcBorders>
      </w:tcPr>
    </w:tblStylePr>
    <w:tblStylePr w:type="lastRow">
      <w:pPr>
        <w:spacing w:before="0" w:after="0" w:line="240" w:lineRule="auto"/>
      </w:pPr>
      <w:rPr>
        <w:b/>
        <w:bCs/>
      </w:rPr>
      <w:tblPr/>
      <w:tcPr>
        <w:tcBorders>
          <w:top w:val="single" w:sz="8" w:space="0" w:color="8AB833" w:themeColor="accent2"/>
          <w:left w:val="nil"/>
          <w:bottom w:val="single" w:sz="8" w:space="0" w:color="8AB833"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F0C9" w:themeFill="accent2" w:themeFillTint="3F"/>
      </w:tcPr>
    </w:tblStylePr>
    <w:tblStylePr w:type="band1Horz">
      <w:tblPr/>
      <w:tcPr>
        <w:tcBorders>
          <w:left w:val="nil"/>
          <w:right w:val="nil"/>
          <w:insideH w:val="nil"/>
          <w:insideV w:val="nil"/>
        </w:tcBorders>
        <w:shd w:val="clear" w:color="auto" w:fill="E2F0C9" w:themeFill="accent2" w:themeFillTint="3F"/>
      </w:tcPr>
    </w:tblStylePr>
  </w:style>
  <w:style w:type="table" w:styleId="LightShading-Accent3">
    <w:name w:val="Light Shading Accent 3"/>
    <w:basedOn w:val="TableNormal"/>
    <w:uiPriority w:val="60"/>
    <w:rsid w:val="00FC693F"/>
    <w:pPr>
      <w:spacing w:after="0" w:line="240" w:lineRule="auto"/>
    </w:pPr>
    <w:rPr>
      <w:color w:val="939F27" w:themeColor="accent3" w:themeShade="BF"/>
    </w:rPr>
    <w:tblPr>
      <w:tblStyleRowBandSize w:val="1"/>
      <w:tblStyleColBandSize w:val="1"/>
      <w:tblBorders>
        <w:top w:val="single" w:sz="8" w:space="0" w:color="C0CF3A" w:themeColor="accent3"/>
        <w:bottom w:val="single" w:sz="8" w:space="0" w:color="C0CF3A" w:themeColor="accent3"/>
      </w:tblBorders>
    </w:tblPr>
    <w:tblStylePr w:type="firstRow">
      <w:pPr>
        <w:spacing w:before="0" w:after="0" w:line="240" w:lineRule="auto"/>
      </w:pPr>
      <w:rPr>
        <w:b/>
        <w:bCs/>
      </w:rPr>
      <w:tblPr/>
      <w:tcPr>
        <w:tcBorders>
          <w:top w:val="single" w:sz="8" w:space="0" w:color="C0CF3A" w:themeColor="accent3"/>
          <w:left w:val="nil"/>
          <w:bottom w:val="single" w:sz="8" w:space="0" w:color="C0CF3A" w:themeColor="accent3"/>
          <w:right w:val="nil"/>
          <w:insideH w:val="nil"/>
          <w:insideV w:val="nil"/>
        </w:tcBorders>
      </w:tcPr>
    </w:tblStylePr>
    <w:tblStylePr w:type="lastRow">
      <w:pPr>
        <w:spacing w:before="0" w:after="0" w:line="240" w:lineRule="auto"/>
      </w:pPr>
      <w:rPr>
        <w:b/>
        <w:bCs/>
      </w:rPr>
      <w:tblPr/>
      <w:tcPr>
        <w:tcBorders>
          <w:top w:val="single" w:sz="8" w:space="0" w:color="C0CF3A" w:themeColor="accent3"/>
          <w:left w:val="nil"/>
          <w:bottom w:val="single" w:sz="8" w:space="0" w:color="C0CF3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F3CE" w:themeFill="accent3" w:themeFillTint="3F"/>
      </w:tcPr>
    </w:tblStylePr>
    <w:tblStylePr w:type="band1Horz">
      <w:tblPr/>
      <w:tcPr>
        <w:tcBorders>
          <w:left w:val="nil"/>
          <w:right w:val="nil"/>
          <w:insideH w:val="nil"/>
          <w:insideV w:val="nil"/>
        </w:tcBorders>
        <w:shd w:val="clear" w:color="auto" w:fill="EFF3CE" w:themeFill="accent3" w:themeFillTint="3F"/>
      </w:tcPr>
    </w:tblStylePr>
  </w:style>
  <w:style w:type="table" w:styleId="LightShading-Accent4">
    <w:name w:val="Light Shading Accent 4"/>
    <w:basedOn w:val="TableNormal"/>
    <w:uiPriority w:val="60"/>
    <w:rsid w:val="00FC693F"/>
    <w:pPr>
      <w:spacing w:after="0" w:line="240" w:lineRule="auto"/>
    </w:pPr>
    <w:rPr>
      <w:color w:val="017057" w:themeColor="accent4" w:themeShade="BF"/>
    </w:rPr>
    <w:tblPr>
      <w:tblStyleRowBandSize w:val="1"/>
      <w:tblStyleColBandSize w:val="1"/>
      <w:tblBorders>
        <w:top w:val="single" w:sz="8" w:space="0" w:color="029676" w:themeColor="accent4"/>
        <w:bottom w:val="single" w:sz="8" w:space="0" w:color="029676" w:themeColor="accent4"/>
      </w:tblBorders>
    </w:tblPr>
    <w:tblStylePr w:type="firstRow">
      <w:pPr>
        <w:spacing w:before="0" w:after="0" w:line="240" w:lineRule="auto"/>
      </w:pPr>
      <w:rPr>
        <w:b/>
        <w:bCs/>
      </w:rPr>
      <w:tblPr/>
      <w:tcPr>
        <w:tcBorders>
          <w:top w:val="single" w:sz="8" w:space="0" w:color="029676" w:themeColor="accent4"/>
          <w:left w:val="nil"/>
          <w:bottom w:val="single" w:sz="8" w:space="0" w:color="029676" w:themeColor="accent4"/>
          <w:right w:val="nil"/>
          <w:insideH w:val="nil"/>
          <w:insideV w:val="nil"/>
        </w:tcBorders>
      </w:tcPr>
    </w:tblStylePr>
    <w:tblStylePr w:type="lastRow">
      <w:pPr>
        <w:spacing w:before="0" w:after="0" w:line="240" w:lineRule="auto"/>
      </w:pPr>
      <w:rPr>
        <w:b/>
        <w:bCs/>
      </w:rPr>
      <w:tblPr/>
      <w:tcPr>
        <w:tcBorders>
          <w:top w:val="single" w:sz="8" w:space="0" w:color="029676" w:themeColor="accent4"/>
          <w:left w:val="nil"/>
          <w:bottom w:val="single" w:sz="8" w:space="0" w:color="02967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7FDEA" w:themeFill="accent4" w:themeFillTint="3F"/>
      </w:tcPr>
    </w:tblStylePr>
    <w:tblStylePr w:type="band1Horz">
      <w:tblPr/>
      <w:tcPr>
        <w:tcBorders>
          <w:left w:val="nil"/>
          <w:right w:val="nil"/>
          <w:insideH w:val="nil"/>
          <w:insideV w:val="nil"/>
        </w:tcBorders>
        <w:shd w:val="clear" w:color="auto" w:fill="A7FDEA" w:themeFill="accent4" w:themeFillTint="3F"/>
      </w:tcPr>
    </w:tblStylePr>
  </w:style>
  <w:style w:type="table" w:styleId="LightShading-Accent5">
    <w:name w:val="Light Shading Accent 5"/>
    <w:basedOn w:val="TableNormal"/>
    <w:uiPriority w:val="60"/>
    <w:rsid w:val="00FC693F"/>
    <w:pPr>
      <w:spacing w:after="0" w:line="240" w:lineRule="auto"/>
    </w:pPr>
    <w:rPr>
      <w:color w:val="318B98" w:themeColor="accent5" w:themeShade="BF"/>
    </w:rPr>
    <w:tblPr>
      <w:tblStyleRowBandSize w:val="1"/>
      <w:tblStyleColBandSize w:val="1"/>
      <w:tblBorders>
        <w:top w:val="single" w:sz="8" w:space="0" w:color="4AB5C4" w:themeColor="accent5"/>
        <w:bottom w:val="single" w:sz="8" w:space="0" w:color="4AB5C4" w:themeColor="accent5"/>
      </w:tblBorders>
    </w:tblPr>
    <w:tblStylePr w:type="firstRow">
      <w:pPr>
        <w:spacing w:before="0" w:after="0" w:line="240" w:lineRule="auto"/>
      </w:pPr>
      <w:rPr>
        <w:b/>
        <w:bCs/>
      </w:rPr>
      <w:tblPr/>
      <w:tcPr>
        <w:tcBorders>
          <w:top w:val="single" w:sz="8" w:space="0" w:color="4AB5C4" w:themeColor="accent5"/>
          <w:left w:val="nil"/>
          <w:bottom w:val="single" w:sz="8" w:space="0" w:color="4AB5C4" w:themeColor="accent5"/>
          <w:right w:val="nil"/>
          <w:insideH w:val="nil"/>
          <w:insideV w:val="nil"/>
        </w:tcBorders>
      </w:tcPr>
    </w:tblStylePr>
    <w:tblStylePr w:type="lastRow">
      <w:pPr>
        <w:spacing w:before="0" w:after="0" w:line="240" w:lineRule="auto"/>
      </w:pPr>
      <w:rPr>
        <w:b/>
        <w:bCs/>
      </w:rPr>
      <w:tblPr/>
      <w:tcPr>
        <w:tcBorders>
          <w:top w:val="single" w:sz="8" w:space="0" w:color="4AB5C4" w:themeColor="accent5"/>
          <w:left w:val="nil"/>
          <w:bottom w:val="single" w:sz="8" w:space="0" w:color="4AB5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CF0" w:themeFill="accent5" w:themeFillTint="3F"/>
      </w:tcPr>
    </w:tblStylePr>
    <w:tblStylePr w:type="band1Horz">
      <w:tblPr/>
      <w:tcPr>
        <w:tcBorders>
          <w:left w:val="nil"/>
          <w:right w:val="nil"/>
          <w:insideH w:val="nil"/>
          <w:insideV w:val="nil"/>
        </w:tcBorders>
        <w:shd w:val="clear" w:color="auto" w:fill="D2ECF0" w:themeFill="accent5" w:themeFillTint="3F"/>
      </w:tcPr>
    </w:tblStylePr>
  </w:style>
  <w:style w:type="table" w:styleId="LightShading-Accent6">
    <w:name w:val="Light Shading Accent 6"/>
    <w:basedOn w:val="TableNormal"/>
    <w:uiPriority w:val="60"/>
    <w:rsid w:val="00FC693F"/>
    <w:pPr>
      <w:spacing w:after="0" w:line="240" w:lineRule="auto"/>
    </w:pPr>
    <w:rPr>
      <w:color w:val="066684" w:themeColor="accent6" w:themeShade="BF"/>
    </w:rPr>
    <w:tblPr>
      <w:tblStyleRowBandSize w:val="1"/>
      <w:tblStyleColBandSize w:val="1"/>
      <w:tblBorders>
        <w:top w:val="single" w:sz="8" w:space="0" w:color="0989B1" w:themeColor="accent6"/>
        <w:bottom w:val="single" w:sz="8" w:space="0" w:color="0989B1" w:themeColor="accent6"/>
      </w:tblBorders>
    </w:tblPr>
    <w:tblStylePr w:type="firstRow">
      <w:pPr>
        <w:spacing w:before="0" w:after="0" w:line="240" w:lineRule="auto"/>
      </w:pPr>
      <w:rPr>
        <w:b/>
        <w:bCs/>
      </w:rPr>
      <w:tblPr/>
      <w:tcPr>
        <w:tcBorders>
          <w:top w:val="single" w:sz="8" w:space="0" w:color="0989B1" w:themeColor="accent6"/>
          <w:left w:val="nil"/>
          <w:bottom w:val="single" w:sz="8" w:space="0" w:color="0989B1" w:themeColor="accent6"/>
          <w:right w:val="nil"/>
          <w:insideH w:val="nil"/>
          <w:insideV w:val="nil"/>
        </w:tcBorders>
      </w:tcPr>
    </w:tblStylePr>
    <w:tblStylePr w:type="lastRow">
      <w:pPr>
        <w:spacing w:before="0" w:after="0" w:line="240" w:lineRule="auto"/>
      </w:pPr>
      <w:rPr>
        <w:b/>
        <w:bCs/>
      </w:rPr>
      <w:tblPr/>
      <w:tcPr>
        <w:tcBorders>
          <w:top w:val="single" w:sz="8" w:space="0" w:color="0989B1" w:themeColor="accent6"/>
          <w:left w:val="nil"/>
          <w:bottom w:val="single" w:sz="8" w:space="0" w:color="0989B1"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E9FB" w:themeFill="accent6" w:themeFillTint="3F"/>
      </w:tcPr>
    </w:tblStylePr>
    <w:tblStylePr w:type="band1Horz">
      <w:tblPr/>
      <w:tcPr>
        <w:tcBorders>
          <w:left w:val="nil"/>
          <w:right w:val="nil"/>
          <w:insideH w:val="nil"/>
          <w:insideV w:val="nil"/>
        </w:tcBorders>
        <w:shd w:val="clear" w:color="auto" w:fill="B2E9FB"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549E39" w:themeColor="accent1"/>
        <w:left w:val="single" w:sz="8" w:space="0" w:color="549E39" w:themeColor="accent1"/>
        <w:bottom w:val="single" w:sz="8" w:space="0" w:color="549E39" w:themeColor="accent1"/>
        <w:right w:val="single" w:sz="8" w:space="0" w:color="549E39" w:themeColor="accent1"/>
      </w:tblBorders>
    </w:tblPr>
    <w:tblStylePr w:type="firstRow">
      <w:pPr>
        <w:spacing w:before="0" w:after="0" w:line="240" w:lineRule="auto"/>
      </w:pPr>
      <w:rPr>
        <w:b/>
        <w:bCs/>
        <w:color w:val="FFFFFF" w:themeColor="background1"/>
      </w:rPr>
      <w:tblPr/>
      <w:tcPr>
        <w:shd w:val="clear" w:color="auto" w:fill="549E39" w:themeFill="accent1"/>
      </w:tcPr>
    </w:tblStylePr>
    <w:tblStylePr w:type="lastRow">
      <w:pPr>
        <w:spacing w:before="0" w:after="0" w:line="240" w:lineRule="auto"/>
      </w:pPr>
      <w:rPr>
        <w:b/>
        <w:bCs/>
      </w:rPr>
      <w:tblPr/>
      <w:tcPr>
        <w:tcBorders>
          <w:top w:val="double" w:sz="6" w:space="0" w:color="549E39" w:themeColor="accent1"/>
          <w:left w:val="single" w:sz="8" w:space="0" w:color="549E39" w:themeColor="accent1"/>
          <w:bottom w:val="single" w:sz="8" w:space="0" w:color="549E39" w:themeColor="accent1"/>
          <w:right w:val="single" w:sz="8" w:space="0" w:color="549E39" w:themeColor="accent1"/>
        </w:tcBorders>
      </w:tcPr>
    </w:tblStylePr>
    <w:tblStylePr w:type="firstCol">
      <w:rPr>
        <w:b/>
        <w:bCs/>
      </w:rPr>
    </w:tblStylePr>
    <w:tblStylePr w:type="lastCol">
      <w:rPr>
        <w:b/>
        <w:bCs/>
      </w:rPr>
    </w:tblStylePr>
    <w:tblStylePr w:type="band1Vert">
      <w:tblPr/>
      <w:tcPr>
        <w:tcBorders>
          <w:top w:val="single" w:sz="8" w:space="0" w:color="549E39" w:themeColor="accent1"/>
          <w:left w:val="single" w:sz="8" w:space="0" w:color="549E39" w:themeColor="accent1"/>
          <w:bottom w:val="single" w:sz="8" w:space="0" w:color="549E39" w:themeColor="accent1"/>
          <w:right w:val="single" w:sz="8" w:space="0" w:color="549E39" w:themeColor="accent1"/>
        </w:tcBorders>
      </w:tcPr>
    </w:tblStylePr>
    <w:tblStylePr w:type="band1Horz">
      <w:tblPr/>
      <w:tcPr>
        <w:tcBorders>
          <w:top w:val="single" w:sz="8" w:space="0" w:color="549E39" w:themeColor="accent1"/>
          <w:left w:val="single" w:sz="8" w:space="0" w:color="549E39" w:themeColor="accent1"/>
          <w:bottom w:val="single" w:sz="8" w:space="0" w:color="549E39" w:themeColor="accent1"/>
          <w:right w:val="single" w:sz="8" w:space="0" w:color="549E39"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8AB833" w:themeColor="accent2"/>
        <w:left w:val="single" w:sz="8" w:space="0" w:color="8AB833" w:themeColor="accent2"/>
        <w:bottom w:val="single" w:sz="8" w:space="0" w:color="8AB833" w:themeColor="accent2"/>
        <w:right w:val="single" w:sz="8" w:space="0" w:color="8AB833" w:themeColor="accent2"/>
      </w:tblBorders>
    </w:tblPr>
    <w:tblStylePr w:type="firstRow">
      <w:pPr>
        <w:spacing w:before="0" w:after="0" w:line="240" w:lineRule="auto"/>
      </w:pPr>
      <w:rPr>
        <w:b/>
        <w:bCs/>
        <w:color w:val="FFFFFF" w:themeColor="background1"/>
      </w:rPr>
      <w:tblPr/>
      <w:tcPr>
        <w:shd w:val="clear" w:color="auto" w:fill="8AB833" w:themeFill="accent2"/>
      </w:tcPr>
    </w:tblStylePr>
    <w:tblStylePr w:type="lastRow">
      <w:pPr>
        <w:spacing w:before="0" w:after="0" w:line="240" w:lineRule="auto"/>
      </w:pPr>
      <w:rPr>
        <w:b/>
        <w:bCs/>
      </w:rPr>
      <w:tblPr/>
      <w:tcPr>
        <w:tcBorders>
          <w:top w:val="double" w:sz="6" w:space="0" w:color="8AB833" w:themeColor="accent2"/>
          <w:left w:val="single" w:sz="8" w:space="0" w:color="8AB833" w:themeColor="accent2"/>
          <w:bottom w:val="single" w:sz="8" w:space="0" w:color="8AB833" w:themeColor="accent2"/>
          <w:right w:val="single" w:sz="8" w:space="0" w:color="8AB833" w:themeColor="accent2"/>
        </w:tcBorders>
      </w:tcPr>
    </w:tblStylePr>
    <w:tblStylePr w:type="firstCol">
      <w:rPr>
        <w:b/>
        <w:bCs/>
      </w:rPr>
    </w:tblStylePr>
    <w:tblStylePr w:type="lastCol">
      <w:rPr>
        <w:b/>
        <w:bCs/>
      </w:rPr>
    </w:tblStylePr>
    <w:tblStylePr w:type="band1Vert">
      <w:tblPr/>
      <w:tcPr>
        <w:tcBorders>
          <w:top w:val="single" w:sz="8" w:space="0" w:color="8AB833" w:themeColor="accent2"/>
          <w:left w:val="single" w:sz="8" w:space="0" w:color="8AB833" w:themeColor="accent2"/>
          <w:bottom w:val="single" w:sz="8" w:space="0" w:color="8AB833" w:themeColor="accent2"/>
          <w:right w:val="single" w:sz="8" w:space="0" w:color="8AB833" w:themeColor="accent2"/>
        </w:tcBorders>
      </w:tcPr>
    </w:tblStylePr>
    <w:tblStylePr w:type="band1Horz">
      <w:tblPr/>
      <w:tcPr>
        <w:tcBorders>
          <w:top w:val="single" w:sz="8" w:space="0" w:color="8AB833" w:themeColor="accent2"/>
          <w:left w:val="single" w:sz="8" w:space="0" w:color="8AB833" w:themeColor="accent2"/>
          <w:bottom w:val="single" w:sz="8" w:space="0" w:color="8AB833" w:themeColor="accent2"/>
          <w:right w:val="single" w:sz="8" w:space="0" w:color="8AB833"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C0CF3A" w:themeColor="accent3"/>
        <w:left w:val="single" w:sz="8" w:space="0" w:color="C0CF3A" w:themeColor="accent3"/>
        <w:bottom w:val="single" w:sz="8" w:space="0" w:color="C0CF3A" w:themeColor="accent3"/>
        <w:right w:val="single" w:sz="8" w:space="0" w:color="C0CF3A" w:themeColor="accent3"/>
      </w:tblBorders>
    </w:tblPr>
    <w:tblStylePr w:type="firstRow">
      <w:pPr>
        <w:spacing w:before="0" w:after="0" w:line="240" w:lineRule="auto"/>
      </w:pPr>
      <w:rPr>
        <w:b/>
        <w:bCs/>
        <w:color w:val="FFFFFF" w:themeColor="background1"/>
      </w:rPr>
      <w:tblPr/>
      <w:tcPr>
        <w:shd w:val="clear" w:color="auto" w:fill="C0CF3A" w:themeFill="accent3"/>
      </w:tcPr>
    </w:tblStylePr>
    <w:tblStylePr w:type="lastRow">
      <w:pPr>
        <w:spacing w:before="0" w:after="0" w:line="240" w:lineRule="auto"/>
      </w:pPr>
      <w:rPr>
        <w:b/>
        <w:bCs/>
      </w:rPr>
      <w:tblPr/>
      <w:tcPr>
        <w:tcBorders>
          <w:top w:val="double" w:sz="6" w:space="0" w:color="C0CF3A" w:themeColor="accent3"/>
          <w:left w:val="single" w:sz="8" w:space="0" w:color="C0CF3A" w:themeColor="accent3"/>
          <w:bottom w:val="single" w:sz="8" w:space="0" w:color="C0CF3A" w:themeColor="accent3"/>
          <w:right w:val="single" w:sz="8" w:space="0" w:color="C0CF3A" w:themeColor="accent3"/>
        </w:tcBorders>
      </w:tcPr>
    </w:tblStylePr>
    <w:tblStylePr w:type="firstCol">
      <w:rPr>
        <w:b/>
        <w:bCs/>
      </w:rPr>
    </w:tblStylePr>
    <w:tblStylePr w:type="lastCol">
      <w:rPr>
        <w:b/>
        <w:bCs/>
      </w:rPr>
    </w:tblStylePr>
    <w:tblStylePr w:type="band1Vert">
      <w:tblPr/>
      <w:tcPr>
        <w:tcBorders>
          <w:top w:val="single" w:sz="8" w:space="0" w:color="C0CF3A" w:themeColor="accent3"/>
          <w:left w:val="single" w:sz="8" w:space="0" w:color="C0CF3A" w:themeColor="accent3"/>
          <w:bottom w:val="single" w:sz="8" w:space="0" w:color="C0CF3A" w:themeColor="accent3"/>
          <w:right w:val="single" w:sz="8" w:space="0" w:color="C0CF3A" w:themeColor="accent3"/>
        </w:tcBorders>
      </w:tcPr>
    </w:tblStylePr>
    <w:tblStylePr w:type="band1Horz">
      <w:tblPr/>
      <w:tcPr>
        <w:tcBorders>
          <w:top w:val="single" w:sz="8" w:space="0" w:color="C0CF3A" w:themeColor="accent3"/>
          <w:left w:val="single" w:sz="8" w:space="0" w:color="C0CF3A" w:themeColor="accent3"/>
          <w:bottom w:val="single" w:sz="8" w:space="0" w:color="C0CF3A" w:themeColor="accent3"/>
          <w:right w:val="single" w:sz="8" w:space="0" w:color="C0CF3A"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029676" w:themeColor="accent4"/>
        <w:left w:val="single" w:sz="8" w:space="0" w:color="029676" w:themeColor="accent4"/>
        <w:bottom w:val="single" w:sz="8" w:space="0" w:color="029676" w:themeColor="accent4"/>
        <w:right w:val="single" w:sz="8" w:space="0" w:color="029676" w:themeColor="accent4"/>
      </w:tblBorders>
    </w:tblPr>
    <w:tblStylePr w:type="firstRow">
      <w:pPr>
        <w:spacing w:before="0" w:after="0" w:line="240" w:lineRule="auto"/>
      </w:pPr>
      <w:rPr>
        <w:b/>
        <w:bCs/>
        <w:color w:val="FFFFFF" w:themeColor="background1"/>
      </w:rPr>
      <w:tblPr/>
      <w:tcPr>
        <w:shd w:val="clear" w:color="auto" w:fill="029676" w:themeFill="accent4"/>
      </w:tcPr>
    </w:tblStylePr>
    <w:tblStylePr w:type="lastRow">
      <w:pPr>
        <w:spacing w:before="0" w:after="0" w:line="240" w:lineRule="auto"/>
      </w:pPr>
      <w:rPr>
        <w:b/>
        <w:bCs/>
      </w:rPr>
      <w:tblPr/>
      <w:tcPr>
        <w:tcBorders>
          <w:top w:val="double" w:sz="6" w:space="0" w:color="029676" w:themeColor="accent4"/>
          <w:left w:val="single" w:sz="8" w:space="0" w:color="029676" w:themeColor="accent4"/>
          <w:bottom w:val="single" w:sz="8" w:space="0" w:color="029676" w:themeColor="accent4"/>
          <w:right w:val="single" w:sz="8" w:space="0" w:color="029676" w:themeColor="accent4"/>
        </w:tcBorders>
      </w:tcPr>
    </w:tblStylePr>
    <w:tblStylePr w:type="firstCol">
      <w:rPr>
        <w:b/>
        <w:bCs/>
      </w:rPr>
    </w:tblStylePr>
    <w:tblStylePr w:type="lastCol">
      <w:rPr>
        <w:b/>
        <w:bCs/>
      </w:rPr>
    </w:tblStylePr>
    <w:tblStylePr w:type="band1Vert">
      <w:tblPr/>
      <w:tcPr>
        <w:tcBorders>
          <w:top w:val="single" w:sz="8" w:space="0" w:color="029676" w:themeColor="accent4"/>
          <w:left w:val="single" w:sz="8" w:space="0" w:color="029676" w:themeColor="accent4"/>
          <w:bottom w:val="single" w:sz="8" w:space="0" w:color="029676" w:themeColor="accent4"/>
          <w:right w:val="single" w:sz="8" w:space="0" w:color="029676" w:themeColor="accent4"/>
        </w:tcBorders>
      </w:tcPr>
    </w:tblStylePr>
    <w:tblStylePr w:type="band1Horz">
      <w:tblPr/>
      <w:tcPr>
        <w:tcBorders>
          <w:top w:val="single" w:sz="8" w:space="0" w:color="029676" w:themeColor="accent4"/>
          <w:left w:val="single" w:sz="8" w:space="0" w:color="029676" w:themeColor="accent4"/>
          <w:bottom w:val="single" w:sz="8" w:space="0" w:color="029676" w:themeColor="accent4"/>
          <w:right w:val="single" w:sz="8" w:space="0" w:color="029676"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AB5C4" w:themeColor="accent5"/>
        <w:left w:val="single" w:sz="8" w:space="0" w:color="4AB5C4" w:themeColor="accent5"/>
        <w:bottom w:val="single" w:sz="8" w:space="0" w:color="4AB5C4" w:themeColor="accent5"/>
        <w:right w:val="single" w:sz="8" w:space="0" w:color="4AB5C4" w:themeColor="accent5"/>
      </w:tblBorders>
    </w:tblPr>
    <w:tblStylePr w:type="firstRow">
      <w:pPr>
        <w:spacing w:before="0" w:after="0" w:line="240" w:lineRule="auto"/>
      </w:pPr>
      <w:rPr>
        <w:b/>
        <w:bCs/>
        <w:color w:val="FFFFFF" w:themeColor="background1"/>
      </w:rPr>
      <w:tblPr/>
      <w:tcPr>
        <w:shd w:val="clear" w:color="auto" w:fill="4AB5C4" w:themeFill="accent5"/>
      </w:tcPr>
    </w:tblStylePr>
    <w:tblStylePr w:type="lastRow">
      <w:pPr>
        <w:spacing w:before="0" w:after="0" w:line="240" w:lineRule="auto"/>
      </w:pPr>
      <w:rPr>
        <w:b/>
        <w:bCs/>
      </w:rPr>
      <w:tblPr/>
      <w:tcPr>
        <w:tcBorders>
          <w:top w:val="double" w:sz="6" w:space="0" w:color="4AB5C4" w:themeColor="accent5"/>
          <w:left w:val="single" w:sz="8" w:space="0" w:color="4AB5C4" w:themeColor="accent5"/>
          <w:bottom w:val="single" w:sz="8" w:space="0" w:color="4AB5C4" w:themeColor="accent5"/>
          <w:right w:val="single" w:sz="8" w:space="0" w:color="4AB5C4" w:themeColor="accent5"/>
        </w:tcBorders>
      </w:tcPr>
    </w:tblStylePr>
    <w:tblStylePr w:type="firstCol">
      <w:rPr>
        <w:b/>
        <w:bCs/>
      </w:rPr>
    </w:tblStylePr>
    <w:tblStylePr w:type="lastCol">
      <w:rPr>
        <w:b/>
        <w:bCs/>
      </w:rPr>
    </w:tblStylePr>
    <w:tblStylePr w:type="band1Vert">
      <w:tblPr/>
      <w:tcPr>
        <w:tcBorders>
          <w:top w:val="single" w:sz="8" w:space="0" w:color="4AB5C4" w:themeColor="accent5"/>
          <w:left w:val="single" w:sz="8" w:space="0" w:color="4AB5C4" w:themeColor="accent5"/>
          <w:bottom w:val="single" w:sz="8" w:space="0" w:color="4AB5C4" w:themeColor="accent5"/>
          <w:right w:val="single" w:sz="8" w:space="0" w:color="4AB5C4" w:themeColor="accent5"/>
        </w:tcBorders>
      </w:tcPr>
    </w:tblStylePr>
    <w:tblStylePr w:type="band1Horz">
      <w:tblPr/>
      <w:tcPr>
        <w:tcBorders>
          <w:top w:val="single" w:sz="8" w:space="0" w:color="4AB5C4" w:themeColor="accent5"/>
          <w:left w:val="single" w:sz="8" w:space="0" w:color="4AB5C4" w:themeColor="accent5"/>
          <w:bottom w:val="single" w:sz="8" w:space="0" w:color="4AB5C4" w:themeColor="accent5"/>
          <w:right w:val="single" w:sz="8" w:space="0" w:color="4AB5C4"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0989B1" w:themeColor="accent6"/>
        <w:left w:val="single" w:sz="8" w:space="0" w:color="0989B1" w:themeColor="accent6"/>
        <w:bottom w:val="single" w:sz="8" w:space="0" w:color="0989B1" w:themeColor="accent6"/>
        <w:right w:val="single" w:sz="8" w:space="0" w:color="0989B1" w:themeColor="accent6"/>
      </w:tblBorders>
    </w:tblPr>
    <w:tblStylePr w:type="firstRow">
      <w:pPr>
        <w:spacing w:before="0" w:after="0" w:line="240" w:lineRule="auto"/>
      </w:pPr>
      <w:rPr>
        <w:b/>
        <w:bCs/>
        <w:color w:val="FFFFFF" w:themeColor="background1"/>
      </w:rPr>
      <w:tblPr/>
      <w:tcPr>
        <w:shd w:val="clear" w:color="auto" w:fill="0989B1" w:themeFill="accent6"/>
      </w:tcPr>
    </w:tblStylePr>
    <w:tblStylePr w:type="lastRow">
      <w:pPr>
        <w:spacing w:before="0" w:after="0" w:line="240" w:lineRule="auto"/>
      </w:pPr>
      <w:rPr>
        <w:b/>
        <w:bCs/>
      </w:rPr>
      <w:tblPr/>
      <w:tcPr>
        <w:tcBorders>
          <w:top w:val="double" w:sz="6" w:space="0" w:color="0989B1" w:themeColor="accent6"/>
          <w:left w:val="single" w:sz="8" w:space="0" w:color="0989B1" w:themeColor="accent6"/>
          <w:bottom w:val="single" w:sz="8" w:space="0" w:color="0989B1" w:themeColor="accent6"/>
          <w:right w:val="single" w:sz="8" w:space="0" w:color="0989B1" w:themeColor="accent6"/>
        </w:tcBorders>
      </w:tcPr>
    </w:tblStylePr>
    <w:tblStylePr w:type="firstCol">
      <w:rPr>
        <w:b/>
        <w:bCs/>
      </w:rPr>
    </w:tblStylePr>
    <w:tblStylePr w:type="lastCol">
      <w:rPr>
        <w:b/>
        <w:bCs/>
      </w:rPr>
    </w:tblStylePr>
    <w:tblStylePr w:type="band1Vert">
      <w:tblPr/>
      <w:tcPr>
        <w:tcBorders>
          <w:top w:val="single" w:sz="8" w:space="0" w:color="0989B1" w:themeColor="accent6"/>
          <w:left w:val="single" w:sz="8" w:space="0" w:color="0989B1" w:themeColor="accent6"/>
          <w:bottom w:val="single" w:sz="8" w:space="0" w:color="0989B1" w:themeColor="accent6"/>
          <w:right w:val="single" w:sz="8" w:space="0" w:color="0989B1" w:themeColor="accent6"/>
        </w:tcBorders>
      </w:tcPr>
    </w:tblStylePr>
    <w:tblStylePr w:type="band1Horz">
      <w:tblPr/>
      <w:tcPr>
        <w:tcBorders>
          <w:top w:val="single" w:sz="8" w:space="0" w:color="0989B1" w:themeColor="accent6"/>
          <w:left w:val="single" w:sz="8" w:space="0" w:color="0989B1" w:themeColor="accent6"/>
          <w:bottom w:val="single" w:sz="8" w:space="0" w:color="0989B1" w:themeColor="accent6"/>
          <w:right w:val="single" w:sz="8" w:space="0" w:color="0989B1"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549E39" w:themeColor="accent1"/>
        <w:left w:val="single" w:sz="8" w:space="0" w:color="549E39" w:themeColor="accent1"/>
        <w:bottom w:val="single" w:sz="8" w:space="0" w:color="549E39" w:themeColor="accent1"/>
        <w:right w:val="single" w:sz="8" w:space="0" w:color="549E39" w:themeColor="accent1"/>
        <w:insideH w:val="single" w:sz="8" w:space="0" w:color="549E39" w:themeColor="accent1"/>
        <w:insideV w:val="single" w:sz="8" w:space="0" w:color="549E39"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49E39" w:themeColor="accent1"/>
          <w:left w:val="single" w:sz="8" w:space="0" w:color="549E39" w:themeColor="accent1"/>
          <w:bottom w:val="single" w:sz="18" w:space="0" w:color="549E39" w:themeColor="accent1"/>
          <w:right w:val="single" w:sz="8" w:space="0" w:color="549E39" w:themeColor="accent1"/>
          <w:insideH w:val="nil"/>
          <w:insideV w:val="single" w:sz="8" w:space="0" w:color="549E39"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49E39" w:themeColor="accent1"/>
          <w:left w:val="single" w:sz="8" w:space="0" w:color="549E39" w:themeColor="accent1"/>
          <w:bottom w:val="single" w:sz="8" w:space="0" w:color="549E39" w:themeColor="accent1"/>
          <w:right w:val="single" w:sz="8" w:space="0" w:color="549E39" w:themeColor="accent1"/>
          <w:insideH w:val="nil"/>
          <w:insideV w:val="single" w:sz="8" w:space="0" w:color="549E39"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49E39" w:themeColor="accent1"/>
          <w:left w:val="single" w:sz="8" w:space="0" w:color="549E39" w:themeColor="accent1"/>
          <w:bottom w:val="single" w:sz="8" w:space="0" w:color="549E39" w:themeColor="accent1"/>
          <w:right w:val="single" w:sz="8" w:space="0" w:color="549E39" w:themeColor="accent1"/>
        </w:tcBorders>
      </w:tcPr>
    </w:tblStylePr>
    <w:tblStylePr w:type="band1Vert">
      <w:tblPr/>
      <w:tcPr>
        <w:tcBorders>
          <w:top w:val="single" w:sz="8" w:space="0" w:color="549E39" w:themeColor="accent1"/>
          <w:left w:val="single" w:sz="8" w:space="0" w:color="549E39" w:themeColor="accent1"/>
          <w:bottom w:val="single" w:sz="8" w:space="0" w:color="549E39" w:themeColor="accent1"/>
          <w:right w:val="single" w:sz="8" w:space="0" w:color="549E39" w:themeColor="accent1"/>
        </w:tcBorders>
        <w:shd w:val="clear" w:color="auto" w:fill="D2EBC9" w:themeFill="accent1" w:themeFillTint="3F"/>
      </w:tcPr>
    </w:tblStylePr>
    <w:tblStylePr w:type="band1Horz">
      <w:tblPr/>
      <w:tcPr>
        <w:tcBorders>
          <w:top w:val="single" w:sz="8" w:space="0" w:color="549E39" w:themeColor="accent1"/>
          <w:left w:val="single" w:sz="8" w:space="0" w:color="549E39" w:themeColor="accent1"/>
          <w:bottom w:val="single" w:sz="8" w:space="0" w:color="549E39" w:themeColor="accent1"/>
          <w:right w:val="single" w:sz="8" w:space="0" w:color="549E39" w:themeColor="accent1"/>
          <w:insideV w:val="single" w:sz="8" w:space="0" w:color="549E39" w:themeColor="accent1"/>
        </w:tcBorders>
        <w:shd w:val="clear" w:color="auto" w:fill="D2EBC9" w:themeFill="accent1" w:themeFillTint="3F"/>
      </w:tcPr>
    </w:tblStylePr>
    <w:tblStylePr w:type="band2Horz">
      <w:tblPr/>
      <w:tcPr>
        <w:tcBorders>
          <w:top w:val="single" w:sz="8" w:space="0" w:color="549E39" w:themeColor="accent1"/>
          <w:left w:val="single" w:sz="8" w:space="0" w:color="549E39" w:themeColor="accent1"/>
          <w:bottom w:val="single" w:sz="8" w:space="0" w:color="549E39" w:themeColor="accent1"/>
          <w:right w:val="single" w:sz="8" w:space="0" w:color="549E39" w:themeColor="accent1"/>
          <w:insideV w:val="single" w:sz="8" w:space="0" w:color="549E39"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8AB833" w:themeColor="accent2"/>
        <w:left w:val="single" w:sz="8" w:space="0" w:color="8AB833" w:themeColor="accent2"/>
        <w:bottom w:val="single" w:sz="8" w:space="0" w:color="8AB833" w:themeColor="accent2"/>
        <w:right w:val="single" w:sz="8" w:space="0" w:color="8AB833" w:themeColor="accent2"/>
        <w:insideH w:val="single" w:sz="8" w:space="0" w:color="8AB833" w:themeColor="accent2"/>
        <w:insideV w:val="single" w:sz="8" w:space="0" w:color="8AB833"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AB833" w:themeColor="accent2"/>
          <w:left w:val="single" w:sz="8" w:space="0" w:color="8AB833" w:themeColor="accent2"/>
          <w:bottom w:val="single" w:sz="18" w:space="0" w:color="8AB833" w:themeColor="accent2"/>
          <w:right w:val="single" w:sz="8" w:space="0" w:color="8AB833" w:themeColor="accent2"/>
          <w:insideH w:val="nil"/>
          <w:insideV w:val="single" w:sz="8" w:space="0" w:color="8AB833"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AB833" w:themeColor="accent2"/>
          <w:left w:val="single" w:sz="8" w:space="0" w:color="8AB833" w:themeColor="accent2"/>
          <w:bottom w:val="single" w:sz="8" w:space="0" w:color="8AB833" w:themeColor="accent2"/>
          <w:right w:val="single" w:sz="8" w:space="0" w:color="8AB833" w:themeColor="accent2"/>
          <w:insideH w:val="nil"/>
          <w:insideV w:val="single" w:sz="8" w:space="0" w:color="8AB833"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AB833" w:themeColor="accent2"/>
          <w:left w:val="single" w:sz="8" w:space="0" w:color="8AB833" w:themeColor="accent2"/>
          <w:bottom w:val="single" w:sz="8" w:space="0" w:color="8AB833" w:themeColor="accent2"/>
          <w:right w:val="single" w:sz="8" w:space="0" w:color="8AB833" w:themeColor="accent2"/>
        </w:tcBorders>
      </w:tcPr>
    </w:tblStylePr>
    <w:tblStylePr w:type="band1Vert">
      <w:tblPr/>
      <w:tcPr>
        <w:tcBorders>
          <w:top w:val="single" w:sz="8" w:space="0" w:color="8AB833" w:themeColor="accent2"/>
          <w:left w:val="single" w:sz="8" w:space="0" w:color="8AB833" w:themeColor="accent2"/>
          <w:bottom w:val="single" w:sz="8" w:space="0" w:color="8AB833" w:themeColor="accent2"/>
          <w:right w:val="single" w:sz="8" w:space="0" w:color="8AB833" w:themeColor="accent2"/>
        </w:tcBorders>
        <w:shd w:val="clear" w:color="auto" w:fill="E2F0C9" w:themeFill="accent2" w:themeFillTint="3F"/>
      </w:tcPr>
    </w:tblStylePr>
    <w:tblStylePr w:type="band1Horz">
      <w:tblPr/>
      <w:tcPr>
        <w:tcBorders>
          <w:top w:val="single" w:sz="8" w:space="0" w:color="8AB833" w:themeColor="accent2"/>
          <w:left w:val="single" w:sz="8" w:space="0" w:color="8AB833" w:themeColor="accent2"/>
          <w:bottom w:val="single" w:sz="8" w:space="0" w:color="8AB833" w:themeColor="accent2"/>
          <w:right w:val="single" w:sz="8" w:space="0" w:color="8AB833" w:themeColor="accent2"/>
          <w:insideV w:val="single" w:sz="8" w:space="0" w:color="8AB833" w:themeColor="accent2"/>
        </w:tcBorders>
        <w:shd w:val="clear" w:color="auto" w:fill="E2F0C9" w:themeFill="accent2" w:themeFillTint="3F"/>
      </w:tcPr>
    </w:tblStylePr>
    <w:tblStylePr w:type="band2Horz">
      <w:tblPr/>
      <w:tcPr>
        <w:tcBorders>
          <w:top w:val="single" w:sz="8" w:space="0" w:color="8AB833" w:themeColor="accent2"/>
          <w:left w:val="single" w:sz="8" w:space="0" w:color="8AB833" w:themeColor="accent2"/>
          <w:bottom w:val="single" w:sz="8" w:space="0" w:color="8AB833" w:themeColor="accent2"/>
          <w:right w:val="single" w:sz="8" w:space="0" w:color="8AB833" w:themeColor="accent2"/>
          <w:insideV w:val="single" w:sz="8" w:space="0" w:color="8AB833"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C0CF3A" w:themeColor="accent3"/>
        <w:left w:val="single" w:sz="8" w:space="0" w:color="C0CF3A" w:themeColor="accent3"/>
        <w:bottom w:val="single" w:sz="8" w:space="0" w:color="C0CF3A" w:themeColor="accent3"/>
        <w:right w:val="single" w:sz="8" w:space="0" w:color="C0CF3A" w:themeColor="accent3"/>
        <w:insideH w:val="single" w:sz="8" w:space="0" w:color="C0CF3A" w:themeColor="accent3"/>
        <w:insideV w:val="single" w:sz="8" w:space="0" w:color="C0CF3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CF3A" w:themeColor="accent3"/>
          <w:left w:val="single" w:sz="8" w:space="0" w:color="C0CF3A" w:themeColor="accent3"/>
          <w:bottom w:val="single" w:sz="18" w:space="0" w:color="C0CF3A" w:themeColor="accent3"/>
          <w:right w:val="single" w:sz="8" w:space="0" w:color="C0CF3A" w:themeColor="accent3"/>
          <w:insideH w:val="nil"/>
          <w:insideV w:val="single" w:sz="8" w:space="0" w:color="C0CF3A"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CF3A" w:themeColor="accent3"/>
          <w:left w:val="single" w:sz="8" w:space="0" w:color="C0CF3A" w:themeColor="accent3"/>
          <w:bottom w:val="single" w:sz="8" w:space="0" w:color="C0CF3A" w:themeColor="accent3"/>
          <w:right w:val="single" w:sz="8" w:space="0" w:color="C0CF3A" w:themeColor="accent3"/>
          <w:insideH w:val="nil"/>
          <w:insideV w:val="single" w:sz="8" w:space="0" w:color="C0CF3A"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CF3A" w:themeColor="accent3"/>
          <w:left w:val="single" w:sz="8" w:space="0" w:color="C0CF3A" w:themeColor="accent3"/>
          <w:bottom w:val="single" w:sz="8" w:space="0" w:color="C0CF3A" w:themeColor="accent3"/>
          <w:right w:val="single" w:sz="8" w:space="0" w:color="C0CF3A" w:themeColor="accent3"/>
        </w:tcBorders>
      </w:tcPr>
    </w:tblStylePr>
    <w:tblStylePr w:type="band1Vert">
      <w:tblPr/>
      <w:tcPr>
        <w:tcBorders>
          <w:top w:val="single" w:sz="8" w:space="0" w:color="C0CF3A" w:themeColor="accent3"/>
          <w:left w:val="single" w:sz="8" w:space="0" w:color="C0CF3A" w:themeColor="accent3"/>
          <w:bottom w:val="single" w:sz="8" w:space="0" w:color="C0CF3A" w:themeColor="accent3"/>
          <w:right w:val="single" w:sz="8" w:space="0" w:color="C0CF3A" w:themeColor="accent3"/>
        </w:tcBorders>
        <w:shd w:val="clear" w:color="auto" w:fill="EFF3CE" w:themeFill="accent3" w:themeFillTint="3F"/>
      </w:tcPr>
    </w:tblStylePr>
    <w:tblStylePr w:type="band1Horz">
      <w:tblPr/>
      <w:tcPr>
        <w:tcBorders>
          <w:top w:val="single" w:sz="8" w:space="0" w:color="C0CF3A" w:themeColor="accent3"/>
          <w:left w:val="single" w:sz="8" w:space="0" w:color="C0CF3A" w:themeColor="accent3"/>
          <w:bottom w:val="single" w:sz="8" w:space="0" w:color="C0CF3A" w:themeColor="accent3"/>
          <w:right w:val="single" w:sz="8" w:space="0" w:color="C0CF3A" w:themeColor="accent3"/>
          <w:insideV w:val="single" w:sz="8" w:space="0" w:color="C0CF3A" w:themeColor="accent3"/>
        </w:tcBorders>
        <w:shd w:val="clear" w:color="auto" w:fill="EFF3CE" w:themeFill="accent3" w:themeFillTint="3F"/>
      </w:tcPr>
    </w:tblStylePr>
    <w:tblStylePr w:type="band2Horz">
      <w:tblPr/>
      <w:tcPr>
        <w:tcBorders>
          <w:top w:val="single" w:sz="8" w:space="0" w:color="C0CF3A" w:themeColor="accent3"/>
          <w:left w:val="single" w:sz="8" w:space="0" w:color="C0CF3A" w:themeColor="accent3"/>
          <w:bottom w:val="single" w:sz="8" w:space="0" w:color="C0CF3A" w:themeColor="accent3"/>
          <w:right w:val="single" w:sz="8" w:space="0" w:color="C0CF3A" w:themeColor="accent3"/>
          <w:insideV w:val="single" w:sz="8" w:space="0" w:color="C0CF3A"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029676" w:themeColor="accent4"/>
        <w:left w:val="single" w:sz="8" w:space="0" w:color="029676" w:themeColor="accent4"/>
        <w:bottom w:val="single" w:sz="8" w:space="0" w:color="029676" w:themeColor="accent4"/>
        <w:right w:val="single" w:sz="8" w:space="0" w:color="029676" w:themeColor="accent4"/>
        <w:insideH w:val="single" w:sz="8" w:space="0" w:color="029676" w:themeColor="accent4"/>
        <w:insideV w:val="single" w:sz="8" w:space="0" w:color="02967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29676" w:themeColor="accent4"/>
          <w:left w:val="single" w:sz="8" w:space="0" w:color="029676" w:themeColor="accent4"/>
          <w:bottom w:val="single" w:sz="18" w:space="0" w:color="029676" w:themeColor="accent4"/>
          <w:right w:val="single" w:sz="8" w:space="0" w:color="029676" w:themeColor="accent4"/>
          <w:insideH w:val="nil"/>
          <w:insideV w:val="single" w:sz="8" w:space="0" w:color="02967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29676" w:themeColor="accent4"/>
          <w:left w:val="single" w:sz="8" w:space="0" w:color="029676" w:themeColor="accent4"/>
          <w:bottom w:val="single" w:sz="8" w:space="0" w:color="029676" w:themeColor="accent4"/>
          <w:right w:val="single" w:sz="8" w:space="0" w:color="029676" w:themeColor="accent4"/>
          <w:insideH w:val="nil"/>
          <w:insideV w:val="single" w:sz="8" w:space="0" w:color="02967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29676" w:themeColor="accent4"/>
          <w:left w:val="single" w:sz="8" w:space="0" w:color="029676" w:themeColor="accent4"/>
          <w:bottom w:val="single" w:sz="8" w:space="0" w:color="029676" w:themeColor="accent4"/>
          <w:right w:val="single" w:sz="8" w:space="0" w:color="029676" w:themeColor="accent4"/>
        </w:tcBorders>
      </w:tcPr>
    </w:tblStylePr>
    <w:tblStylePr w:type="band1Vert">
      <w:tblPr/>
      <w:tcPr>
        <w:tcBorders>
          <w:top w:val="single" w:sz="8" w:space="0" w:color="029676" w:themeColor="accent4"/>
          <w:left w:val="single" w:sz="8" w:space="0" w:color="029676" w:themeColor="accent4"/>
          <w:bottom w:val="single" w:sz="8" w:space="0" w:color="029676" w:themeColor="accent4"/>
          <w:right w:val="single" w:sz="8" w:space="0" w:color="029676" w:themeColor="accent4"/>
        </w:tcBorders>
        <w:shd w:val="clear" w:color="auto" w:fill="A7FDEA" w:themeFill="accent4" w:themeFillTint="3F"/>
      </w:tcPr>
    </w:tblStylePr>
    <w:tblStylePr w:type="band1Horz">
      <w:tblPr/>
      <w:tcPr>
        <w:tcBorders>
          <w:top w:val="single" w:sz="8" w:space="0" w:color="029676" w:themeColor="accent4"/>
          <w:left w:val="single" w:sz="8" w:space="0" w:color="029676" w:themeColor="accent4"/>
          <w:bottom w:val="single" w:sz="8" w:space="0" w:color="029676" w:themeColor="accent4"/>
          <w:right w:val="single" w:sz="8" w:space="0" w:color="029676" w:themeColor="accent4"/>
          <w:insideV w:val="single" w:sz="8" w:space="0" w:color="029676" w:themeColor="accent4"/>
        </w:tcBorders>
        <w:shd w:val="clear" w:color="auto" w:fill="A7FDEA" w:themeFill="accent4" w:themeFillTint="3F"/>
      </w:tcPr>
    </w:tblStylePr>
    <w:tblStylePr w:type="band2Horz">
      <w:tblPr/>
      <w:tcPr>
        <w:tcBorders>
          <w:top w:val="single" w:sz="8" w:space="0" w:color="029676" w:themeColor="accent4"/>
          <w:left w:val="single" w:sz="8" w:space="0" w:color="029676" w:themeColor="accent4"/>
          <w:bottom w:val="single" w:sz="8" w:space="0" w:color="029676" w:themeColor="accent4"/>
          <w:right w:val="single" w:sz="8" w:space="0" w:color="029676" w:themeColor="accent4"/>
          <w:insideV w:val="single" w:sz="8" w:space="0" w:color="029676"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AB5C4" w:themeColor="accent5"/>
        <w:left w:val="single" w:sz="8" w:space="0" w:color="4AB5C4" w:themeColor="accent5"/>
        <w:bottom w:val="single" w:sz="8" w:space="0" w:color="4AB5C4" w:themeColor="accent5"/>
        <w:right w:val="single" w:sz="8" w:space="0" w:color="4AB5C4" w:themeColor="accent5"/>
        <w:insideH w:val="single" w:sz="8" w:space="0" w:color="4AB5C4" w:themeColor="accent5"/>
        <w:insideV w:val="single" w:sz="8" w:space="0" w:color="4AB5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AB5C4" w:themeColor="accent5"/>
          <w:left w:val="single" w:sz="8" w:space="0" w:color="4AB5C4" w:themeColor="accent5"/>
          <w:bottom w:val="single" w:sz="18" w:space="0" w:color="4AB5C4" w:themeColor="accent5"/>
          <w:right w:val="single" w:sz="8" w:space="0" w:color="4AB5C4" w:themeColor="accent5"/>
          <w:insideH w:val="nil"/>
          <w:insideV w:val="single" w:sz="8" w:space="0" w:color="4AB5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AB5C4" w:themeColor="accent5"/>
          <w:left w:val="single" w:sz="8" w:space="0" w:color="4AB5C4" w:themeColor="accent5"/>
          <w:bottom w:val="single" w:sz="8" w:space="0" w:color="4AB5C4" w:themeColor="accent5"/>
          <w:right w:val="single" w:sz="8" w:space="0" w:color="4AB5C4" w:themeColor="accent5"/>
          <w:insideH w:val="nil"/>
          <w:insideV w:val="single" w:sz="8" w:space="0" w:color="4AB5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AB5C4" w:themeColor="accent5"/>
          <w:left w:val="single" w:sz="8" w:space="0" w:color="4AB5C4" w:themeColor="accent5"/>
          <w:bottom w:val="single" w:sz="8" w:space="0" w:color="4AB5C4" w:themeColor="accent5"/>
          <w:right w:val="single" w:sz="8" w:space="0" w:color="4AB5C4" w:themeColor="accent5"/>
        </w:tcBorders>
      </w:tcPr>
    </w:tblStylePr>
    <w:tblStylePr w:type="band1Vert">
      <w:tblPr/>
      <w:tcPr>
        <w:tcBorders>
          <w:top w:val="single" w:sz="8" w:space="0" w:color="4AB5C4" w:themeColor="accent5"/>
          <w:left w:val="single" w:sz="8" w:space="0" w:color="4AB5C4" w:themeColor="accent5"/>
          <w:bottom w:val="single" w:sz="8" w:space="0" w:color="4AB5C4" w:themeColor="accent5"/>
          <w:right w:val="single" w:sz="8" w:space="0" w:color="4AB5C4" w:themeColor="accent5"/>
        </w:tcBorders>
        <w:shd w:val="clear" w:color="auto" w:fill="D2ECF0" w:themeFill="accent5" w:themeFillTint="3F"/>
      </w:tcPr>
    </w:tblStylePr>
    <w:tblStylePr w:type="band1Horz">
      <w:tblPr/>
      <w:tcPr>
        <w:tcBorders>
          <w:top w:val="single" w:sz="8" w:space="0" w:color="4AB5C4" w:themeColor="accent5"/>
          <w:left w:val="single" w:sz="8" w:space="0" w:color="4AB5C4" w:themeColor="accent5"/>
          <w:bottom w:val="single" w:sz="8" w:space="0" w:color="4AB5C4" w:themeColor="accent5"/>
          <w:right w:val="single" w:sz="8" w:space="0" w:color="4AB5C4" w:themeColor="accent5"/>
          <w:insideV w:val="single" w:sz="8" w:space="0" w:color="4AB5C4" w:themeColor="accent5"/>
        </w:tcBorders>
        <w:shd w:val="clear" w:color="auto" w:fill="D2ECF0" w:themeFill="accent5" w:themeFillTint="3F"/>
      </w:tcPr>
    </w:tblStylePr>
    <w:tblStylePr w:type="band2Horz">
      <w:tblPr/>
      <w:tcPr>
        <w:tcBorders>
          <w:top w:val="single" w:sz="8" w:space="0" w:color="4AB5C4" w:themeColor="accent5"/>
          <w:left w:val="single" w:sz="8" w:space="0" w:color="4AB5C4" w:themeColor="accent5"/>
          <w:bottom w:val="single" w:sz="8" w:space="0" w:color="4AB5C4" w:themeColor="accent5"/>
          <w:right w:val="single" w:sz="8" w:space="0" w:color="4AB5C4" w:themeColor="accent5"/>
          <w:insideV w:val="single" w:sz="8" w:space="0" w:color="4AB5C4"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0989B1" w:themeColor="accent6"/>
        <w:left w:val="single" w:sz="8" w:space="0" w:color="0989B1" w:themeColor="accent6"/>
        <w:bottom w:val="single" w:sz="8" w:space="0" w:color="0989B1" w:themeColor="accent6"/>
        <w:right w:val="single" w:sz="8" w:space="0" w:color="0989B1" w:themeColor="accent6"/>
        <w:insideH w:val="single" w:sz="8" w:space="0" w:color="0989B1" w:themeColor="accent6"/>
        <w:insideV w:val="single" w:sz="8" w:space="0" w:color="0989B1"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989B1" w:themeColor="accent6"/>
          <w:left w:val="single" w:sz="8" w:space="0" w:color="0989B1" w:themeColor="accent6"/>
          <w:bottom w:val="single" w:sz="18" w:space="0" w:color="0989B1" w:themeColor="accent6"/>
          <w:right w:val="single" w:sz="8" w:space="0" w:color="0989B1" w:themeColor="accent6"/>
          <w:insideH w:val="nil"/>
          <w:insideV w:val="single" w:sz="8" w:space="0" w:color="0989B1"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989B1" w:themeColor="accent6"/>
          <w:left w:val="single" w:sz="8" w:space="0" w:color="0989B1" w:themeColor="accent6"/>
          <w:bottom w:val="single" w:sz="8" w:space="0" w:color="0989B1" w:themeColor="accent6"/>
          <w:right w:val="single" w:sz="8" w:space="0" w:color="0989B1" w:themeColor="accent6"/>
          <w:insideH w:val="nil"/>
          <w:insideV w:val="single" w:sz="8" w:space="0" w:color="0989B1"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989B1" w:themeColor="accent6"/>
          <w:left w:val="single" w:sz="8" w:space="0" w:color="0989B1" w:themeColor="accent6"/>
          <w:bottom w:val="single" w:sz="8" w:space="0" w:color="0989B1" w:themeColor="accent6"/>
          <w:right w:val="single" w:sz="8" w:space="0" w:color="0989B1" w:themeColor="accent6"/>
        </w:tcBorders>
      </w:tcPr>
    </w:tblStylePr>
    <w:tblStylePr w:type="band1Vert">
      <w:tblPr/>
      <w:tcPr>
        <w:tcBorders>
          <w:top w:val="single" w:sz="8" w:space="0" w:color="0989B1" w:themeColor="accent6"/>
          <w:left w:val="single" w:sz="8" w:space="0" w:color="0989B1" w:themeColor="accent6"/>
          <w:bottom w:val="single" w:sz="8" w:space="0" w:color="0989B1" w:themeColor="accent6"/>
          <w:right w:val="single" w:sz="8" w:space="0" w:color="0989B1" w:themeColor="accent6"/>
        </w:tcBorders>
        <w:shd w:val="clear" w:color="auto" w:fill="B2E9FB" w:themeFill="accent6" w:themeFillTint="3F"/>
      </w:tcPr>
    </w:tblStylePr>
    <w:tblStylePr w:type="band1Horz">
      <w:tblPr/>
      <w:tcPr>
        <w:tcBorders>
          <w:top w:val="single" w:sz="8" w:space="0" w:color="0989B1" w:themeColor="accent6"/>
          <w:left w:val="single" w:sz="8" w:space="0" w:color="0989B1" w:themeColor="accent6"/>
          <w:bottom w:val="single" w:sz="8" w:space="0" w:color="0989B1" w:themeColor="accent6"/>
          <w:right w:val="single" w:sz="8" w:space="0" w:color="0989B1" w:themeColor="accent6"/>
          <w:insideV w:val="single" w:sz="8" w:space="0" w:color="0989B1" w:themeColor="accent6"/>
        </w:tcBorders>
        <w:shd w:val="clear" w:color="auto" w:fill="B2E9FB" w:themeFill="accent6" w:themeFillTint="3F"/>
      </w:tcPr>
    </w:tblStylePr>
    <w:tblStylePr w:type="band2Horz">
      <w:tblPr/>
      <w:tcPr>
        <w:tcBorders>
          <w:top w:val="single" w:sz="8" w:space="0" w:color="0989B1" w:themeColor="accent6"/>
          <w:left w:val="single" w:sz="8" w:space="0" w:color="0989B1" w:themeColor="accent6"/>
          <w:bottom w:val="single" w:sz="8" w:space="0" w:color="0989B1" w:themeColor="accent6"/>
          <w:right w:val="single" w:sz="8" w:space="0" w:color="0989B1" w:themeColor="accent6"/>
          <w:insideV w:val="single" w:sz="8" w:space="0" w:color="0989B1"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8C45C" w:themeColor="accent1" w:themeTint="BF"/>
        <w:left w:val="single" w:sz="8" w:space="0" w:color="78C45C" w:themeColor="accent1" w:themeTint="BF"/>
        <w:bottom w:val="single" w:sz="8" w:space="0" w:color="78C45C" w:themeColor="accent1" w:themeTint="BF"/>
        <w:right w:val="single" w:sz="8" w:space="0" w:color="78C45C" w:themeColor="accent1" w:themeTint="BF"/>
        <w:insideH w:val="single" w:sz="8" w:space="0" w:color="78C45C" w:themeColor="accent1" w:themeTint="BF"/>
      </w:tblBorders>
    </w:tblPr>
    <w:tblStylePr w:type="firstRow">
      <w:pPr>
        <w:spacing w:before="0" w:after="0" w:line="240" w:lineRule="auto"/>
      </w:pPr>
      <w:rPr>
        <w:b/>
        <w:bCs/>
        <w:color w:val="FFFFFF" w:themeColor="background1"/>
      </w:rPr>
      <w:tblPr/>
      <w:tcPr>
        <w:tcBorders>
          <w:top w:val="single" w:sz="8" w:space="0" w:color="78C45C" w:themeColor="accent1" w:themeTint="BF"/>
          <w:left w:val="single" w:sz="8" w:space="0" w:color="78C45C" w:themeColor="accent1" w:themeTint="BF"/>
          <w:bottom w:val="single" w:sz="8" w:space="0" w:color="78C45C" w:themeColor="accent1" w:themeTint="BF"/>
          <w:right w:val="single" w:sz="8" w:space="0" w:color="78C45C" w:themeColor="accent1" w:themeTint="BF"/>
          <w:insideH w:val="nil"/>
          <w:insideV w:val="nil"/>
        </w:tcBorders>
        <w:shd w:val="clear" w:color="auto" w:fill="549E39" w:themeFill="accent1"/>
      </w:tcPr>
    </w:tblStylePr>
    <w:tblStylePr w:type="lastRow">
      <w:pPr>
        <w:spacing w:before="0" w:after="0" w:line="240" w:lineRule="auto"/>
      </w:pPr>
      <w:rPr>
        <w:b/>
        <w:bCs/>
      </w:rPr>
      <w:tblPr/>
      <w:tcPr>
        <w:tcBorders>
          <w:top w:val="double" w:sz="6" w:space="0" w:color="78C45C" w:themeColor="accent1" w:themeTint="BF"/>
          <w:left w:val="single" w:sz="8" w:space="0" w:color="78C45C" w:themeColor="accent1" w:themeTint="BF"/>
          <w:bottom w:val="single" w:sz="8" w:space="0" w:color="78C45C" w:themeColor="accent1" w:themeTint="BF"/>
          <w:right w:val="single" w:sz="8" w:space="0" w:color="78C45C" w:themeColor="accent1" w:themeTint="BF"/>
          <w:insideH w:val="nil"/>
          <w:insideV w:val="nil"/>
        </w:tcBorders>
      </w:tcPr>
    </w:tblStylePr>
    <w:tblStylePr w:type="firstCol">
      <w:rPr>
        <w:b/>
        <w:bCs/>
      </w:rPr>
    </w:tblStylePr>
    <w:tblStylePr w:type="lastCol">
      <w:rPr>
        <w:b/>
        <w:bCs/>
      </w:rPr>
    </w:tblStylePr>
    <w:tblStylePr w:type="band1Vert">
      <w:tblPr/>
      <w:tcPr>
        <w:shd w:val="clear" w:color="auto" w:fill="D2EBC9" w:themeFill="accent1" w:themeFillTint="3F"/>
      </w:tcPr>
    </w:tblStylePr>
    <w:tblStylePr w:type="band1Horz">
      <w:tblPr/>
      <w:tcPr>
        <w:tcBorders>
          <w:insideH w:val="nil"/>
          <w:insideV w:val="nil"/>
        </w:tcBorders>
        <w:shd w:val="clear" w:color="auto" w:fill="D2EBC9"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A9D25D" w:themeColor="accent2" w:themeTint="BF"/>
        <w:left w:val="single" w:sz="8" w:space="0" w:color="A9D25D" w:themeColor="accent2" w:themeTint="BF"/>
        <w:bottom w:val="single" w:sz="8" w:space="0" w:color="A9D25D" w:themeColor="accent2" w:themeTint="BF"/>
        <w:right w:val="single" w:sz="8" w:space="0" w:color="A9D25D" w:themeColor="accent2" w:themeTint="BF"/>
        <w:insideH w:val="single" w:sz="8" w:space="0" w:color="A9D25D" w:themeColor="accent2" w:themeTint="BF"/>
      </w:tblBorders>
    </w:tblPr>
    <w:tblStylePr w:type="firstRow">
      <w:pPr>
        <w:spacing w:before="0" w:after="0" w:line="240" w:lineRule="auto"/>
      </w:pPr>
      <w:rPr>
        <w:b/>
        <w:bCs/>
        <w:color w:val="FFFFFF" w:themeColor="background1"/>
      </w:rPr>
      <w:tblPr/>
      <w:tcPr>
        <w:tcBorders>
          <w:top w:val="single" w:sz="8" w:space="0" w:color="A9D25D" w:themeColor="accent2" w:themeTint="BF"/>
          <w:left w:val="single" w:sz="8" w:space="0" w:color="A9D25D" w:themeColor="accent2" w:themeTint="BF"/>
          <w:bottom w:val="single" w:sz="8" w:space="0" w:color="A9D25D" w:themeColor="accent2" w:themeTint="BF"/>
          <w:right w:val="single" w:sz="8" w:space="0" w:color="A9D25D" w:themeColor="accent2" w:themeTint="BF"/>
          <w:insideH w:val="nil"/>
          <w:insideV w:val="nil"/>
        </w:tcBorders>
        <w:shd w:val="clear" w:color="auto" w:fill="8AB833" w:themeFill="accent2"/>
      </w:tcPr>
    </w:tblStylePr>
    <w:tblStylePr w:type="lastRow">
      <w:pPr>
        <w:spacing w:before="0" w:after="0" w:line="240" w:lineRule="auto"/>
      </w:pPr>
      <w:rPr>
        <w:b/>
        <w:bCs/>
      </w:rPr>
      <w:tblPr/>
      <w:tcPr>
        <w:tcBorders>
          <w:top w:val="double" w:sz="6" w:space="0" w:color="A9D25D" w:themeColor="accent2" w:themeTint="BF"/>
          <w:left w:val="single" w:sz="8" w:space="0" w:color="A9D25D" w:themeColor="accent2" w:themeTint="BF"/>
          <w:bottom w:val="single" w:sz="8" w:space="0" w:color="A9D25D" w:themeColor="accent2" w:themeTint="BF"/>
          <w:right w:val="single" w:sz="8" w:space="0" w:color="A9D25D" w:themeColor="accent2" w:themeTint="BF"/>
          <w:insideH w:val="nil"/>
          <w:insideV w:val="nil"/>
        </w:tcBorders>
      </w:tcPr>
    </w:tblStylePr>
    <w:tblStylePr w:type="firstCol">
      <w:rPr>
        <w:b/>
        <w:bCs/>
      </w:rPr>
    </w:tblStylePr>
    <w:tblStylePr w:type="lastCol">
      <w:rPr>
        <w:b/>
        <w:bCs/>
      </w:rPr>
    </w:tblStylePr>
    <w:tblStylePr w:type="band1Vert">
      <w:tblPr/>
      <w:tcPr>
        <w:shd w:val="clear" w:color="auto" w:fill="E2F0C9" w:themeFill="accent2" w:themeFillTint="3F"/>
      </w:tcPr>
    </w:tblStylePr>
    <w:tblStylePr w:type="band1Horz">
      <w:tblPr/>
      <w:tcPr>
        <w:tcBorders>
          <w:insideH w:val="nil"/>
          <w:insideV w:val="nil"/>
        </w:tcBorders>
        <w:shd w:val="clear" w:color="auto" w:fill="E2F0C9"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CFDB6B" w:themeColor="accent3" w:themeTint="BF"/>
        <w:left w:val="single" w:sz="8" w:space="0" w:color="CFDB6B" w:themeColor="accent3" w:themeTint="BF"/>
        <w:bottom w:val="single" w:sz="8" w:space="0" w:color="CFDB6B" w:themeColor="accent3" w:themeTint="BF"/>
        <w:right w:val="single" w:sz="8" w:space="0" w:color="CFDB6B" w:themeColor="accent3" w:themeTint="BF"/>
        <w:insideH w:val="single" w:sz="8" w:space="0" w:color="CFDB6B" w:themeColor="accent3" w:themeTint="BF"/>
      </w:tblBorders>
    </w:tblPr>
    <w:tblStylePr w:type="firstRow">
      <w:pPr>
        <w:spacing w:before="0" w:after="0" w:line="240" w:lineRule="auto"/>
      </w:pPr>
      <w:rPr>
        <w:b/>
        <w:bCs/>
        <w:color w:val="FFFFFF" w:themeColor="background1"/>
      </w:rPr>
      <w:tblPr/>
      <w:tcPr>
        <w:tcBorders>
          <w:top w:val="single" w:sz="8" w:space="0" w:color="CFDB6B" w:themeColor="accent3" w:themeTint="BF"/>
          <w:left w:val="single" w:sz="8" w:space="0" w:color="CFDB6B" w:themeColor="accent3" w:themeTint="BF"/>
          <w:bottom w:val="single" w:sz="8" w:space="0" w:color="CFDB6B" w:themeColor="accent3" w:themeTint="BF"/>
          <w:right w:val="single" w:sz="8" w:space="0" w:color="CFDB6B" w:themeColor="accent3" w:themeTint="BF"/>
          <w:insideH w:val="nil"/>
          <w:insideV w:val="nil"/>
        </w:tcBorders>
        <w:shd w:val="clear" w:color="auto" w:fill="C0CF3A" w:themeFill="accent3"/>
      </w:tcPr>
    </w:tblStylePr>
    <w:tblStylePr w:type="lastRow">
      <w:pPr>
        <w:spacing w:before="0" w:after="0" w:line="240" w:lineRule="auto"/>
      </w:pPr>
      <w:rPr>
        <w:b/>
        <w:bCs/>
      </w:rPr>
      <w:tblPr/>
      <w:tcPr>
        <w:tcBorders>
          <w:top w:val="double" w:sz="6" w:space="0" w:color="CFDB6B" w:themeColor="accent3" w:themeTint="BF"/>
          <w:left w:val="single" w:sz="8" w:space="0" w:color="CFDB6B" w:themeColor="accent3" w:themeTint="BF"/>
          <w:bottom w:val="single" w:sz="8" w:space="0" w:color="CFDB6B" w:themeColor="accent3" w:themeTint="BF"/>
          <w:right w:val="single" w:sz="8" w:space="0" w:color="CFDB6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FF3CE" w:themeFill="accent3" w:themeFillTint="3F"/>
      </w:tcPr>
    </w:tblStylePr>
    <w:tblStylePr w:type="band1Horz">
      <w:tblPr/>
      <w:tcPr>
        <w:tcBorders>
          <w:insideH w:val="nil"/>
          <w:insideV w:val="nil"/>
        </w:tcBorders>
        <w:shd w:val="clear" w:color="auto" w:fill="EFF3CE"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03EEBA" w:themeColor="accent4" w:themeTint="BF"/>
        <w:left w:val="single" w:sz="8" w:space="0" w:color="03EEBA" w:themeColor="accent4" w:themeTint="BF"/>
        <w:bottom w:val="single" w:sz="8" w:space="0" w:color="03EEBA" w:themeColor="accent4" w:themeTint="BF"/>
        <w:right w:val="single" w:sz="8" w:space="0" w:color="03EEBA" w:themeColor="accent4" w:themeTint="BF"/>
        <w:insideH w:val="single" w:sz="8" w:space="0" w:color="03EEBA" w:themeColor="accent4" w:themeTint="BF"/>
      </w:tblBorders>
    </w:tblPr>
    <w:tblStylePr w:type="firstRow">
      <w:pPr>
        <w:spacing w:before="0" w:after="0" w:line="240" w:lineRule="auto"/>
      </w:pPr>
      <w:rPr>
        <w:b/>
        <w:bCs/>
        <w:color w:val="FFFFFF" w:themeColor="background1"/>
      </w:rPr>
      <w:tblPr/>
      <w:tcPr>
        <w:tcBorders>
          <w:top w:val="single" w:sz="8" w:space="0" w:color="03EEBA" w:themeColor="accent4" w:themeTint="BF"/>
          <w:left w:val="single" w:sz="8" w:space="0" w:color="03EEBA" w:themeColor="accent4" w:themeTint="BF"/>
          <w:bottom w:val="single" w:sz="8" w:space="0" w:color="03EEBA" w:themeColor="accent4" w:themeTint="BF"/>
          <w:right w:val="single" w:sz="8" w:space="0" w:color="03EEBA" w:themeColor="accent4" w:themeTint="BF"/>
          <w:insideH w:val="nil"/>
          <w:insideV w:val="nil"/>
        </w:tcBorders>
        <w:shd w:val="clear" w:color="auto" w:fill="029676" w:themeFill="accent4"/>
      </w:tcPr>
    </w:tblStylePr>
    <w:tblStylePr w:type="lastRow">
      <w:pPr>
        <w:spacing w:before="0" w:after="0" w:line="240" w:lineRule="auto"/>
      </w:pPr>
      <w:rPr>
        <w:b/>
        <w:bCs/>
      </w:rPr>
      <w:tblPr/>
      <w:tcPr>
        <w:tcBorders>
          <w:top w:val="double" w:sz="6" w:space="0" w:color="03EEBA" w:themeColor="accent4" w:themeTint="BF"/>
          <w:left w:val="single" w:sz="8" w:space="0" w:color="03EEBA" w:themeColor="accent4" w:themeTint="BF"/>
          <w:bottom w:val="single" w:sz="8" w:space="0" w:color="03EEBA" w:themeColor="accent4" w:themeTint="BF"/>
          <w:right w:val="single" w:sz="8" w:space="0" w:color="03EEBA" w:themeColor="accent4" w:themeTint="BF"/>
          <w:insideH w:val="nil"/>
          <w:insideV w:val="nil"/>
        </w:tcBorders>
      </w:tcPr>
    </w:tblStylePr>
    <w:tblStylePr w:type="firstCol">
      <w:rPr>
        <w:b/>
        <w:bCs/>
      </w:rPr>
    </w:tblStylePr>
    <w:tblStylePr w:type="lastCol">
      <w:rPr>
        <w:b/>
        <w:bCs/>
      </w:rPr>
    </w:tblStylePr>
    <w:tblStylePr w:type="band1Vert">
      <w:tblPr/>
      <w:tcPr>
        <w:shd w:val="clear" w:color="auto" w:fill="A7FDEA" w:themeFill="accent4" w:themeFillTint="3F"/>
      </w:tcPr>
    </w:tblStylePr>
    <w:tblStylePr w:type="band1Horz">
      <w:tblPr/>
      <w:tcPr>
        <w:tcBorders>
          <w:insideH w:val="nil"/>
          <w:insideV w:val="nil"/>
        </w:tcBorders>
        <w:shd w:val="clear" w:color="auto" w:fill="A7FDEA"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7C7D2" w:themeColor="accent5" w:themeTint="BF"/>
        <w:left w:val="single" w:sz="8" w:space="0" w:color="77C7D2" w:themeColor="accent5" w:themeTint="BF"/>
        <w:bottom w:val="single" w:sz="8" w:space="0" w:color="77C7D2" w:themeColor="accent5" w:themeTint="BF"/>
        <w:right w:val="single" w:sz="8" w:space="0" w:color="77C7D2" w:themeColor="accent5" w:themeTint="BF"/>
        <w:insideH w:val="single" w:sz="8" w:space="0" w:color="77C7D2" w:themeColor="accent5" w:themeTint="BF"/>
      </w:tblBorders>
    </w:tblPr>
    <w:tblStylePr w:type="firstRow">
      <w:pPr>
        <w:spacing w:before="0" w:after="0" w:line="240" w:lineRule="auto"/>
      </w:pPr>
      <w:rPr>
        <w:b/>
        <w:bCs/>
        <w:color w:val="FFFFFF" w:themeColor="background1"/>
      </w:rPr>
      <w:tblPr/>
      <w:tcPr>
        <w:tcBorders>
          <w:top w:val="single" w:sz="8" w:space="0" w:color="77C7D2" w:themeColor="accent5" w:themeTint="BF"/>
          <w:left w:val="single" w:sz="8" w:space="0" w:color="77C7D2" w:themeColor="accent5" w:themeTint="BF"/>
          <w:bottom w:val="single" w:sz="8" w:space="0" w:color="77C7D2" w:themeColor="accent5" w:themeTint="BF"/>
          <w:right w:val="single" w:sz="8" w:space="0" w:color="77C7D2" w:themeColor="accent5" w:themeTint="BF"/>
          <w:insideH w:val="nil"/>
          <w:insideV w:val="nil"/>
        </w:tcBorders>
        <w:shd w:val="clear" w:color="auto" w:fill="4AB5C4" w:themeFill="accent5"/>
      </w:tcPr>
    </w:tblStylePr>
    <w:tblStylePr w:type="lastRow">
      <w:pPr>
        <w:spacing w:before="0" w:after="0" w:line="240" w:lineRule="auto"/>
      </w:pPr>
      <w:rPr>
        <w:b/>
        <w:bCs/>
      </w:rPr>
      <w:tblPr/>
      <w:tcPr>
        <w:tcBorders>
          <w:top w:val="double" w:sz="6" w:space="0" w:color="77C7D2" w:themeColor="accent5" w:themeTint="BF"/>
          <w:left w:val="single" w:sz="8" w:space="0" w:color="77C7D2" w:themeColor="accent5" w:themeTint="BF"/>
          <w:bottom w:val="single" w:sz="8" w:space="0" w:color="77C7D2" w:themeColor="accent5" w:themeTint="BF"/>
          <w:right w:val="single" w:sz="8" w:space="0" w:color="77C7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CF0" w:themeFill="accent5" w:themeFillTint="3F"/>
      </w:tcPr>
    </w:tblStylePr>
    <w:tblStylePr w:type="band1Horz">
      <w:tblPr/>
      <w:tcPr>
        <w:tcBorders>
          <w:insideH w:val="nil"/>
          <w:insideV w:val="nil"/>
        </w:tcBorders>
        <w:shd w:val="clear" w:color="auto" w:fill="D2ECF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17BEF3" w:themeColor="accent6" w:themeTint="BF"/>
        <w:left w:val="single" w:sz="8" w:space="0" w:color="17BEF3" w:themeColor="accent6" w:themeTint="BF"/>
        <w:bottom w:val="single" w:sz="8" w:space="0" w:color="17BEF3" w:themeColor="accent6" w:themeTint="BF"/>
        <w:right w:val="single" w:sz="8" w:space="0" w:color="17BEF3" w:themeColor="accent6" w:themeTint="BF"/>
        <w:insideH w:val="single" w:sz="8" w:space="0" w:color="17BEF3" w:themeColor="accent6" w:themeTint="BF"/>
      </w:tblBorders>
    </w:tblPr>
    <w:tblStylePr w:type="firstRow">
      <w:pPr>
        <w:spacing w:before="0" w:after="0" w:line="240" w:lineRule="auto"/>
      </w:pPr>
      <w:rPr>
        <w:b/>
        <w:bCs/>
        <w:color w:val="FFFFFF" w:themeColor="background1"/>
      </w:rPr>
      <w:tblPr/>
      <w:tcPr>
        <w:tcBorders>
          <w:top w:val="single" w:sz="8" w:space="0" w:color="17BEF3" w:themeColor="accent6" w:themeTint="BF"/>
          <w:left w:val="single" w:sz="8" w:space="0" w:color="17BEF3" w:themeColor="accent6" w:themeTint="BF"/>
          <w:bottom w:val="single" w:sz="8" w:space="0" w:color="17BEF3" w:themeColor="accent6" w:themeTint="BF"/>
          <w:right w:val="single" w:sz="8" w:space="0" w:color="17BEF3" w:themeColor="accent6" w:themeTint="BF"/>
          <w:insideH w:val="nil"/>
          <w:insideV w:val="nil"/>
        </w:tcBorders>
        <w:shd w:val="clear" w:color="auto" w:fill="0989B1" w:themeFill="accent6"/>
      </w:tcPr>
    </w:tblStylePr>
    <w:tblStylePr w:type="lastRow">
      <w:pPr>
        <w:spacing w:before="0" w:after="0" w:line="240" w:lineRule="auto"/>
      </w:pPr>
      <w:rPr>
        <w:b/>
        <w:bCs/>
      </w:rPr>
      <w:tblPr/>
      <w:tcPr>
        <w:tcBorders>
          <w:top w:val="double" w:sz="6" w:space="0" w:color="17BEF3" w:themeColor="accent6" w:themeTint="BF"/>
          <w:left w:val="single" w:sz="8" w:space="0" w:color="17BEF3" w:themeColor="accent6" w:themeTint="BF"/>
          <w:bottom w:val="single" w:sz="8" w:space="0" w:color="17BEF3" w:themeColor="accent6" w:themeTint="BF"/>
          <w:right w:val="single" w:sz="8" w:space="0" w:color="17BEF3" w:themeColor="accent6" w:themeTint="BF"/>
          <w:insideH w:val="nil"/>
          <w:insideV w:val="nil"/>
        </w:tcBorders>
      </w:tcPr>
    </w:tblStylePr>
    <w:tblStylePr w:type="firstCol">
      <w:rPr>
        <w:b/>
        <w:bCs/>
      </w:rPr>
    </w:tblStylePr>
    <w:tblStylePr w:type="lastCol">
      <w:rPr>
        <w:b/>
        <w:bCs/>
      </w:rPr>
    </w:tblStylePr>
    <w:tblStylePr w:type="band1Vert">
      <w:tblPr/>
      <w:tcPr>
        <w:shd w:val="clear" w:color="auto" w:fill="B2E9FB" w:themeFill="accent6" w:themeFillTint="3F"/>
      </w:tcPr>
    </w:tblStylePr>
    <w:tblStylePr w:type="band1Horz">
      <w:tblPr/>
      <w:tcPr>
        <w:tcBorders>
          <w:insideH w:val="nil"/>
          <w:insideV w:val="nil"/>
        </w:tcBorders>
        <w:shd w:val="clear" w:color="auto" w:fill="B2E9FB"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49E39"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49E39" w:themeFill="accent1"/>
      </w:tcPr>
    </w:tblStylePr>
    <w:tblStylePr w:type="lastCol">
      <w:rPr>
        <w:b/>
        <w:bCs/>
        <w:color w:val="FFFFFF" w:themeColor="background1"/>
      </w:rPr>
      <w:tblPr/>
      <w:tcPr>
        <w:tcBorders>
          <w:left w:val="nil"/>
          <w:right w:val="nil"/>
          <w:insideH w:val="nil"/>
          <w:insideV w:val="nil"/>
        </w:tcBorders>
        <w:shd w:val="clear" w:color="auto" w:fill="549E39"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AB833"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AB833" w:themeFill="accent2"/>
      </w:tcPr>
    </w:tblStylePr>
    <w:tblStylePr w:type="lastCol">
      <w:rPr>
        <w:b/>
        <w:bCs/>
        <w:color w:val="FFFFFF" w:themeColor="background1"/>
      </w:rPr>
      <w:tblPr/>
      <w:tcPr>
        <w:tcBorders>
          <w:left w:val="nil"/>
          <w:right w:val="nil"/>
          <w:insideH w:val="nil"/>
          <w:insideV w:val="nil"/>
        </w:tcBorders>
        <w:shd w:val="clear" w:color="auto" w:fill="8AB833"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CF3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CF3A" w:themeFill="accent3"/>
      </w:tcPr>
    </w:tblStylePr>
    <w:tblStylePr w:type="lastCol">
      <w:rPr>
        <w:b/>
        <w:bCs/>
        <w:color w:val="FFFFFF" w:themeColor="background1"/>
      </w:rPr>
      <w:tblPr/>
      <w:tcPr>
        <w:tcBorders>
          <w:left w:val="nil"/>
          <w:right w:val="nil"/>
          <w:insideH w:val="nil"/>
          <w:insideV w:val="nil"/>
        </w:tcBorders>
        <w:shd w:val="clear" w:color="auto" w:fill="C0CF3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2967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29676" w:themeFill="accent4"/>
      </w:tcPr>
    </w:tblStylePr>
    <w:tblStylePr w:type="lastCol">
      <w:rPr>
        <w:b/>
        <w:bCs/>
        <w:color w:val="FFFFFF" w:themeColor="background1"/>
      </w:rPr>
      <w:tblPr/>
      <w:tcPr>
        <w:tcBorders>
          <w:left w:val="nil"/>
          <w:right w:val="nil"/>
          <w:insideH w:val="nil"/>
          <w:insideV w:val="nil"/>
        </w:tcBorders>
        <w:shd w:val="clear" w:color="auto" w:fill="029676"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AB5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AB5C4" w:themeFill="accent5"/>
      </w:tcPr>
    </w:tblStylePr>
    <w:tblStylePr w:type="lastCol">
      <w:rPr>
        <w:b/>
        <w:bCs/>
        <w:color w:val="FFFFFF" w:themeColor="background1"/>
      </w:rPr>
      <w:tblPr/>
      <w:tcPr>
        <w:tcBorders>
          <w:left w:val="nil"/>
          <w:right w:val="nil"/>
          <w:insideH w:val="nil"/>
          <w:insideV w:val="nil"/>
        </w:tcBorders>
        <w:shd w:val="clear" w:color="auto" w:fill="4AB5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989B1"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989B1" w:themeFill="accent6"/>
      </w:tcPr>
    </w:tblStylePr>
    <w:tblStylePr w:type="lastCol">
      <w:rPr>
        <w:b/>
        <w:bCs/>
        <w:color w:val="FFFFFF" w:themeColor="background1"/>
      </w:rPr>
      <w:tblPr/>
      <w:tcPr>
        <w:tcBorders>
          <w:left w:val="nil"/>
          <w:right w:val="nil"/>
          <w:insideH w:val="nil"/>
          <w:insideV w:val="nil"/>
        </w:tcBorders>
        <w:shd w:val="clear" w:color="auto" w:fill="0989B1"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55F51"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549E39" w:themeColor="accent1"/>
        <w:bottom w:val="single" w:sz="8" w:space="0" w:color="549E39" w:themeColor="accent1"/>
      </w:tblBorders>
    </w:tblPr>
    <w:tblStylePr w:type="firstRow">
      <w:rPr>
        <w:rFonts w:asciiTheme="majorHAnsi" w:eastAsiaTheme="majorEastAsia" w:hAnsiTheme="majorHAnsi" w:cstheme="majorBidi"/>
      </w:rPr>
      <w:tblPr/>
      <w:tcPr>
        <w:tcBorders>
          <w:top w:val="nil"/>
          <w:bottom w:val="single" w:sz="8" w:space="0" w:color="549E39" w:themeColor="accent1"/>
        </w:tcBorders>
      </w:tcPr>
    </w:tblStylePr>
    <w:tblStylePr w:type="lastRow">
      <w:rPr>
        <w:b/>
        <w:bCs/>
        <w:color w:val="455F51" w:themeColor="text2"/>
      </w:rPr>
      <w:tblPr/>
      <w:tcPr>
        <w:tcBorders>
          <w:top w:val="single" w:sz="8" w:space="0" w:color="549E39" w:themeColor="accent1"/>
          <w:bottom w:val="single" w:sz="8" w:space="0" w:color="549E39" w:themeColor="accent1"/>
        </w:tcBorders>
      </w:tcPr>
    </w:tblStylePr>
    <w:tblStylePr w:type="firstCol">
      <w:rPr>
        <w:b/>
        <w:bCs/>
      </w:rPr>
    </w:tblStylePr>
    <w:tblStylePr w:type="lastCol">
      <w:rPr>
        <w:b/>
        <w:bCs/>
      </w:rPr>
      <w:tblPr/>
      <w:tcPr>
        <w:tcBorders>
          <w:top w:val="single" w:sz="8" w:space="0" w:color="549E39" w:themeColor="accent1"/>
          <w:bottom w:val="single" w:sz="8" w:space="0" w:color="549E39" w:themeColor="accent1"/>
        </w:tcBorders>
      </w:tcPr>
    </w:tblStylePr>
    <w:tblStylePr w:type="band1Vert">
      <w:tblPr/>
      <w:tcPr>
        <w:shd w:val="clear" w:color="auto" w:fill="D2EBC9" w:themeFill="accent1" w:themeFillTint="3F"/>
      </w:tcPr>
    </w:tblStylePr>
    <w:tblStylePr w:type="band1Horz">
      <w:tblPr/>
      <w:tcPr>
        <w:shd w:val="clear" w:color="auto" w:fill="D2EBC9"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8AB833" w:themeColor="accent2"/>
        <w:bottom w:val="single" w:sz="8" w:space="0" w:color="8AB833" w:themeColor="accent2"/>
      </w:tblBorders>
    </w:tblPr>
    <w:tblStylePr w:type="firstRow">
      <w:rPr>
        <w:rFonts w:asciiTheme="majorHAnsi" w:eastAsiaTheme="majorEastAsia" w:hAnsiTheme="majorHAnsi" w:cstheme="majorBidi"/>
      </w:rPr>
      <w:tblPr/>
      <w:tcPr>
        <w:tcBorders>
          <w:top w:val="nil"/>
          <w:bottom w:val="single" w:sz="8" w:space="0" w:color="8AB833" w:themeColor="accent2"/>
        </w:tcBorders>
      </w:tcPr>
    </w:tblStylePr>
    <w:tblStylePr w:type="lastRow">
      <w:rPr>
        <w:b/>
        <w:bCs/>
        <w:color w:val="455F51" w:themeColor="text2"/>
      </w:rPr>
      <w:tblPr/>
      <w:tcPr>
        <w:tcBorders>
          <w:top w:val="single" w:sz="8" w:space="0" w:color="8AB833" w:themeColor="accent2"/>
          <w:bottom w:val="single" w:sz="8" w:space="0" w:color="8AB833" w:themeColor="accent2"/>
        </w:tcBorders>
      </w:tcPr>
    </w:tblStylePr>
    <w:tblStylePr w:type="firstCol">
      <w:rPr>
        <w:b/>
        <w:bCs/>
      </w:rPr>
    </w:tblStylePr>
    <w:tblStylePr w:type="lastCol">
      <w:rPr>
        <w:b/>
        <w:bCs/>
      </w:rPr>
      <w:tblPr/>
      <w:tcPr>
        <w:tcBorders>
          <w:top w:val="single" w:sz="8" w:space="0" w:color="8AB833" w:themeColor="accent2"/>
          <w:bottom w:val="single" w:sz="8" w:space="0" w:color="8AB833" w:themeColor="accent2"/>
        </w:tcBorders>
      </w:tcPr>
    </w:tblStylePr>
    <w:tblStylePr w:type="band1Vert">
      <w:tblPr/>
      <w:tcPr>
        <w:shd w:val="clear" w:color="auto" w:fill="E2F0C9" w:themeFill="accent2" w:themeFillTint="3F"/>
      </w:tcPr>
    </w:tblStylePr>
    <w:tblStylePr w:type="band1Horz">
      <w:tblPr/>
      <w:tcPr>
        <w:shd w:val="clear" w:color="auto" w:fill="E2F0C9"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C0CF3A" w:themeColor="accent3"/>
        <w:bottom w:val="single" w:sz="8" w:space="0" w:color="C0CF3A" w:themeColor="accent3"/>
      </w:tblBorders>
    </w:tblPr>
    <w:tblStylePr w:type="firstRow">
      <w:rPr>
        <w:rFonts w:asciiTheme="majorHAnsi" w:eastAsiaTheme="majorEastAsia" w:hAnsiTheme="majorHAnsi" w:cstheme="majorBidi"/>
      </w:rPr>
      <w:tblPr/>
      <w:tcPr>
        <w:tcBorders>
          <w:top w:val="nil"/>
          <w:bottom w:val="single" w:sz="8" w:space="0" w:color="C0CF3A" w:themeColor="accent3"/>
        </w:tcBorders>
      </w:tcPr>
    </w:tblStylePr>
    <w:tblStylePr w:type="lastRow">
      <w:rPr>
        <w:b/>
        <w:bCs/>
        <w:color w:val="455F51" w:themeColor="text2"/>
      </w:rPr>
      <w:tblPr/>
      <w:tcPr>
        <w:tcBorders>
          <w:top w:val="single" w:sz="8" w:space="0" w:color="C0CF3A" w:themeColor="accent3"/>
          <w:bottom w:val="single" w:sz="8" w:space="0" w:color="C0CF3A" w:themeColor="accent3"/>
        </w:tcBorders>
      </w:tcPr>
    </w:tblStylePr>
    <w:tblStylePr w:type="firstCol">
      <w:rPr>
        <w:b/>
        <w:bCs/>
      </w:rPr>
    </w:tblStylePr>
    <w:tblStylePr w:type="lastCol">
      <w:rPr>
        <w:b/>
        <w:bCs/>
      </w:rPr>
      <w:tblPr/>
      <w:tcPr>
        <w:tcBorders>
          <w:top w:val="single" w:sz="8" w:space="0" w:color="C0CF3A" w:themeColor="accent3"/>
          <w:bottom w:val="single" w:sz="8" w:space="0" w:color="C0CF3A" w:themeColor="accent3"/>
        </w:tcBorders>
      </w:tcPr>
    </w:tblStylePr>
    <w:tblStylePr w:type="band1Vert">
      <w:tblPr/>
      <w:tcPr>
        <w:shd w:val="clear" w:color="auto" w:fill="EFF3CE" w:themeFill="accent3" w:themeFillTint="3F"/>
      </w:tcPr>
    </w:tblStylePr>
    <w:tblStylePr w:type="band1Horz">
      <w:tblPr/>
      <w:tcPr>
        <w:shd w:val="clear" w:color="auto" w:fill="EFF3CE"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029676" w:themeColor="accent4"/>
        <w:bottom w:val="single" w:sz="8" w:space="0" w:color="029676" w:themeColor="accent4"/>
      </w:tblBorders>
    </w:tblPr>
    <w:tblStylePr w:type="firstRow">
      <w:rPr>
        <w:rFonts w:asciiTheme="majorHAnsi" w:eastAsiaTheme="majorEastAsia" w:hAnsiTheme="majorHAnsi" w:cstheme="majorBidi"/>
      </w:rPr>
      <w:tblPr/>
      <w:tcPr>
        <w:tcBorders>
          <w:top w:val="nil"/>
          <w:bottom w:val="single" w:sz="8" w:space="0" w:color="029676" w:themeColor="accent4"/>
        </w:tcBorders>
      </w:tcPr>
    </w:tblStylePr>
    <w:tblStylePr w:type="lastRow">
      <w:rPr>
        <w:b/>
        <w:bCs/>
        <w:color w:val="455F51" w:themeColor="text2"/>
      </w:rPr>
      <w:tblPr/>
      <w:tcPr>
        <w:tcBorders>
          <w:top w:val="single" w:sz="8" w:space="0" w:color="029676" w:themeColor="accent4"/>
          <w:bottom w:val="single" w:sz="8" w:space="0" w:color="029676" w:themeColor="accent4"/>
        </w:tcBorders>
      </w:tcPr>
    </w:tblStylePr>
    <w:tblStylePr w:type="firstCol">
      <w:rPr>
        <w:b/>
        <w:bCs/>
      </w:rPr>
    </w:tblStylePr>
    <w:tblStylePr w:type="lastCol">
      <w:rPr>
        <w:b/>
        <w:bCs/>
      </w:rPr>
      <w:tblPr/>
      <w:tcPr>
        <w:tcBorders>
          <w:top w:val="single" w:sz="8" w:space="0" w:color="029676" w:themeColor="accent4"/>
          <w:bottom w:val="single" w:sz="8" w:space="0" w:color="029676" w:themeColor="accent4"/>
        </w:tcBorders>
      </w:tcPr>
    </w:tblStylePr>
    <w:tblStylePr w:type="band1Vert">
      <w:tblPr/>
      <w:tcPr>
        <w:shd w:val="clear" w:color="auto" w:fill="A7FDEA" w:themeFill="accent4" w:themeFillTint="3F"/>
      </w:tcPr>
    </w:tblStylePr>
    <w:tblStylePr w:type="band1Horz">
      <w:tblPr/>
      <w:tcPr>
        <w:shd w:val="clear" w:color="auto" w:fill="A7FDEA"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AB5C4" w:themeColor="accent5"/>
        <w:bottom w:val="single" w:sz="8" w:space="0" w:color="4AB5C4" w:themeColor="accent5"/>
      </w:tblBorders>
    </w:tblPr>
    <w:tblStylePr w:type="firstRow">
      <w:rPr>
        <w:rFonts w:asciiTheme="majorHAnsi" w:eastAsiaTheme="majorEastAsia" w:hAnsiTheme="majorHAnsi" w:cstheme="majorBidi"/>
      </w:rPr>
      <w:tblPr/>
      <w:tcPr>
        <w:tcBorders>
          <w:top w:val="nil"/>
          <w:bottom w:val="single" w:sz="8" w:space="0" w:color="4AB5C4" w:themeColor="accent5"/>
        </w:tcBorders>
      </w:tcPr>
    </w:tblStylePr>
    <w:tblStylePr w:type="lastRow">
      <w:rPr>
        <w:b/>
        <w:bCs/>
        <w:color w:val="455F51" w:themeColor="text2"/>
      </w:rPr>
      <w:tblPr/>
      <w:tcPr>
        <w:tcBorders>
          <w:top w:val="single" w:sz="8" w:space="0" w:color="4AB5C4" w:themeColor="accent5"/>
          <w:bottom w:val="single" w:sz="8" w:space="0" w:color="4AB5C4" w:themeColor="accent5"/>
        </w:tcBorders>
      </w:tcPr>
    </w:tblStylePr>
    <w:tblStylePr w:type="firstCol">
      <w:rPr>
        <w:b/>
        <w:bCs/>
      </w:rPr>
    </w:tblStylePr>
    <w:tblStylePr w:type="lastCol">
      <w:rPr>
        <w:b/>
        <w:bCs/>
      </w:rPr>
      <w:tblPr/>
      <w:tcPr>
        <w:tcBorders>
          <w:top w:val="single" w:sz="8" w:space="0" w:color="4AB5C4" w:themeColor="accent5"/>
          <w:bottom w:val="single" w:sz="8" w:space="0" w:color="4AB5C4" w:themeColor="accent5"/>
        </w:tcBorders>
      </w:tcPr>
    </w:tblStylePr>
    <w:tblStylePr w:type="band1Vert">
      <w:tblPr/>
      <w:tcPr>
        <w:shd w:val="clear" w:color="auto" w:fill="D2ECF0" w:themeFill="accent5" w:themeFillTint="3F"/>
      </w:tcPr>
    </w:tblStylePr>
    <w:tblStylePr w:type="band1Horz">
      <w:tblPr/>
      <w:tcPr>
        <w:shd w:val="clear" w:color="auto" w:fill="D2ECF0"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0989B1" w:themeColor="accent6"/>
        <w:bottom w:val="single" w:sz="8" w:space="0" w:color="0989B1" w:themeColor="accent6"/>
      </w:tblBorders>
    </w:tblPr>
    <w:tblStylePr w:type="firstRow">
      <w:rPr>
        <w:rFonts w:asciiTheme="majorHAnsi" w:eastAsiaTheme="majorEastAsia" w:hAnsiTheme="majorHAnsi" w:cstheme="majorBidi"/>
      </w:rPr>
      <w:tblPr/>
      <w:tcPr>
        <w:tcBorders>
          <w:top w:val="nil"/>
          <w:bottom w:val="single" w:sz="8" w:space="0" w:color="0989B1" w:themeColor="accent6"/>
        </w:tcBorders>
      </w:tcPr>
    </w:tblStylePr>
    <w:tblStylePr w:type="lastRow">
      <w:rPr>
        <w:b/>
        <w:bCs/>
        <w:color w:val="455F51" w:themeColor="text2"/>
      </w:rPr>
      <w:tblPr/>
      <w:tcPr>
        <w:tcBorders>
          <w:top w:val="single" w:sz="8" w:space="0" w:color="0989B1" w:themeColor="accent6"/>
          <w:bottom w:val="single" w:sz="8" w:space="0" w:color="0989B1" w:themeColor="accent6"/>
        </w:tcBorders>
      </w:tcPr>
    </w:tblStylePr>
    <w:tblStylePr w:type="firstCol">
      <w:rPr>
        <w:b/>
        <w:bCs/>
      </w:rPr>
    </w:tblStylePr>
    <w:tblStylePr w:type="lastCol">
      <w:rPr>
        <w:b/>
        <w:bCs/>
      </w:rPr>
      <w:tblPr/>
      <w:tcPr>
        <w:tcBorders>
          <w:top w:val="single" w:sz="8" w:space="0" w:color="0989B1" w:themeColor="accent6"/>
          <w:bottom w:val="single" w:sz="8" w:space="0" w:color="0989B1" w:themeColor="accent6"/>
        </w:tcBorders>
      </w:tcPr>
    </w:tblStylePr>
    <w:tblStylePr w:type="band1Vert">
      <w:tblPr/>
      <w:tcPr>
        <w:shd w:val="clear" w:color="auto" w:fill="B2E9FB" w:themeFill="accent6" w:themeFillTint="3F"/>
      </w:tcPr>
    </w:tblStylePr>
    <w:tblStylePr w:type="band1Horz">
      <w:tblPr/>
      <w:tcPr>
        <w:shd w:val="clear" w:color="auto" w:fill="B2E9FB"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49E39" w:themeColor="accent1"/>
        <w:left w:val="single" w:sz="8" w:space="0" w:color="549E39" w:themeColor="accent1"/>
        <w:bottom w:val="single" w:sz="8" w:space="0" w:color="549E39" w:themeColor="accent1"/>
        <w:right w:val="single" w:sz="8" w:space="0" w:color="549E39" w:themeColor="accent1"/>
      </w:tblBorders>
    </w:tblPr>
    <w:tblStylePr w:type="firstRow">
      <w:rPr>
        <w:sz w:val="24"/>
        <w:szCs w:val="24"/>
      </w:rPr>
      <w:tblPr/>
      <w:tcPr>
        <w:tcBorders>
          <w:top w:val="nil"/>
          <w:left w:val="nil"/>
          <w:bottom w:val="single" w:sz="24" w:space="0" w:color="549E39" w:themeColor="accent1"/>
          <w:right w:val="nil"/>
          <w:insideH w:val="nil"/>
          <w:insideV w:val="nil"/>
        </w:tcBorders>
        <w:shd w:val="clear" w:color="auto" w:fill="FFFFFF" w:themeFill="background1"/>
      </w:tcPr>
    </w:tblStylePr>
    <w:tblStylePr w:type="lastRow">
      <w:tblPr/>
      <w:tcPr>
        <w:tcBorders>
          <w:top w:val="single" w:sz="8" w:space="0" w:color="549E39"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49E39" w:themeColor="accent1"/>
          <w:insideH w:val="nil"/>
          <w:insideV w:val="nil"/>
        </w:tcBorders>
        <w:shd w:val="clear" w:color="auto" w:fill="FFFFFF" w:themeFill="background1"/>
      </w:tcPr>
    </w:tblStylePr>
    <w:tblStylePr w:type="lastCol">
      <w:tblPr/>
      <w:tcPr>
        <w:tcBorders>
          <w:top w:val="nil"/>
          <w:left w:val="single" w:sz="8" w:space="0" w:color="549E39"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BC9" w:themeFill="accent1" w:themeFillTint="3F"/>
      </w:tcPr>
    </w:tblStylePr>
    <w:tblStylePr w:type="band1Horz">
      <w:tblPr/>
      <w:tcPr>
        <w:tcBorders>
          <w:top w:val="nil"/>
          <w:bottom w:val="nil"/>
          <w:insideH w:val="nil"/>
          <w:insideV w:val="nil"/>
        </w:tcBorders>
        <w:shd w:val="clear" w:color="auto" w:fill="D2EBC9"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AB833" w:themeColor="accent2"/>
        <w:left w:val="single" w:sz="8" w:space="0" w:color="8AB833" w:themeColor="accent2"/>
        <w:bottom w:val="single" w:sz="8" w:space="0" w:color="8AB833" w:themeColor="accent2"/>
        <w:right w:val="single" w:sz="8" w:space="0" w:color="8AB833" w:themeColor="accent2"/>
      </w:tblBorders>
    </w:tblPr>
    <w:tblStylePr w:type="firstRow">
      <w:rPr>
        <w:sz w:val="24"/>
        <w:szCs w:val="24"/>
      </w:rPr>
      <w:tblPr/>
      <w:tcPr>
        <w:tcBorders>
          <w:top w:val="nil"/>
          <w:left w:val="nil"/>
          <w:bottom w:val="single" w:sz="24" w:space="0" w:color="8AB833" w:themeColor="accent2"/>
          <w:right w:val="nil"/>
          <w:insideH w:val="nil"/>
          <w:insideV w:val="nil"/>
        </w:tcBorders>
        <w:shd w:val="clear" w:color="auto" w:fill="FFFFFF" w:themeFill="background1"/>
      </w:tcPr>
    </w:tblStylePr>
    <w:tblStylePr w:type="lastRow">
      <w:tblPr/>
      <w:tcPr>
        <w:tcBorders>
          <w:top w:val="single" w:sz="8" w:space="0" w:color="8AB833"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AB833" w:themeColor="accent2"/>
          <w:insideH w:val="nil"/>
          <w:insideV w:val="nil"/>
        </w:tcBorders>
        <w:shd w:val="clear" w:color="auto" w:fill="FFFFFF" w:themeFill="background1"/>
      </w:tcPr>
    </w:tblStylePr>
    <w:tblStylePr w:type="lastCol">
      <w:tblPr/>
      <w:tcPr>
        <w:tcBorders>
          <w:top w:val="nil"/>
          <w:left w:val="single" w:sz="8" w:space="0" w:color="8AB833"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F0C9" w:themeFill="accent2" w:themeFillTint="3F"/>
      </w:tcPr>
    </w:tblStylePr>
    <w:tblStylePr w:type="band1Horz">
      <w:tblPr/>
      <w:tcPr>
        <w:tcBorders>
          <w:top w:val="nil"/>
          <w:bottom w:val="nil"/>
          <w:insideH w:val="nil"/>
          <w:insideV w:val="nil"/>
        </w:tcBorders>
        <w:shd w:val="clear" w:color="auto" w:fill="E2F0C9"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CF3A" w:themeColor="accent3"/>
        <w:left w:val="single" w:sz="8" w:space="0" w:color="C0CF3A" w:themeColor="accent3"/>
        <w:bottom w:val="single" w:sz="8" w:space="0" w:color="C0CF3A" w:themeColor="accent3"/>
        <w:right w:val="single" w:sz="8" w:space="0" w:color="C0CF3A" w:themeColor="accent3"/>
      </w:tblBorders>
    </w:tblPr>
    <w:tblStylePr w:type="firstRow">
      <w:rPr>
        <w:sz w:val="24"/>
        <w:szCs w:val="24"/>
      </w:rPr>
      <w:tblPr/>
      <w:tcPr>
        <w:tcBorders>
          <w:top w:val="nil"/>
          <w:left w:val="nil"/>
          <w:bottom w:val="single" w:sz="24" w:space="0" w:color="C0CF3A" w:themeColor="accent3"/>
          <w:right w:val="nil"/>
          <w:insideH w:val="nil"/>
          <w:insideV w:val="nil"/>
        </w:tcBorders>
        <w:shd w:val="clear" w:color="auto" w:fill="FFFFFF" w:themeFill="background1"/>
      </w:tcPr>
    </w:tblStylePr>
    <w:tblStylePr w:type="lastRow">
      <w:tblPr/>
      <w:tcPr>
        <w:tcBorders>
          <w:top w:val="single" w:sz="8" w:space="0" w:color="C0CF3A"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CF3A" w:themeColor="accent3"/>
          <w:insideH w:val="nil"/>
          <w:insideV w:val="nil"/>
        </w:tcBorders>
        <w:shd w:val="clear" w:color="auto" w:fill="FFFFFF" w:themeFill="background1"/>
      </w:tcPr>
    </w:tblStylePr>
    <w:tblStylePr w:type="lastCol">
      <w:tblPr/>
      <w:tcPr>
        <w:tcBorders>
          <w:top w:val="nil"/>
          <w:left w:val="single" w:sz="8" w:space="0" w:color="C0CF3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F3CE" w:themeFill="accent3" w:themeFillTint="3F"/>
      </w:tcPr>
    </w:tblStylePr>
    <w:tblStylePr w:type="band1Horz">
      <w:tblPr/>
      <w:tcPr>
        <w:tcBorders>
          <w:top w:val="nil"/>
          <w:bottom w:val="nil"/>
          <w:insideH w:val="nil"/>
          <w:insideV w:val="nil"/>
        </w:tcBorders>
        <w:shd w:val="clear" w:color="auto" w:fill="EFF3CE"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29676" w:themeColor="accent4"/>
        <w:left w:val="single" w:sz="8" w:space="0" w:color="029676" w:themeColor="accent4"/>
        <w:bottom w:val="single" w:sz="8" w:space="0" w:color="029676" w:themeColor="accent4"/>
        <w:right w:val="single" w:sz="8" w:space="0" w:color="029676" w:themeColor="accent4"/>
      </w:tblBorders>
    </w:tblPr>
    <w:tblStylePr w:type="firstRow">
      <w:rPr>
        <w:sz w:val="24"/>
        <w:szCs w:val="24"/>
      </w:rPr>
      <w:tblPr/>
      <w:tcPr>
        <w:tcBorders>
          <w:top w:val="nil"/>
          <w:left w:val="nil"/>
          <w:bottom w:val="single" w:sz="24" w:space="0" w:color="029676" w:themeColor="accent4"/>
          <w:right w:val="nil"/>
          <w:insideH w:val="nil"/>
          <w:insideV w:val="nil"/>
        </w:tcBorders>
        <w:shd w:val="clear" w:color="auto" w:fill="FFFFFF" w:themeFill="background1"/>
      </w:tcPr>
    </w:tblStylePr>
    <w:tblStylePr w:type="lastRow">
      <w:tblPr/>
      <w:tcPr>
        <w:tcBorders>
          <w:top w:val="single" w:sz="8" w:space="0" w:color="029676"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29676" w:themeColor="accent4"/>
          <w:insideH w:val="nil"/>
          <w:insideV w:val="nil"/>
        </w:tcBorders>
        <w:shd w:val="clear" w:color="auto" w:fill="FFFFFF" w:themeFill="background1"/>
      </w:tcPr>
    </w:tblStylePr>
    <w:tblStylePr w:type="lastCol">
      <w:tblPr/>
      <w:tcPr>
        <w:tcBorders>
          <w:top w:val="nil"/>
          <w:left w:val="single" w:sz="8" w:space="0" w:color="029676"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7FDEA" w:themeFill="accent4" w:themeFillTint="3F"/>
      </w:tcPr>
    </w:tblStylePr>
    <w:tblStylePr w:type="band1Horz">
      <w:tblPr/>
      <w:tcPr>
        <w:tcBorders>
          <w:top w:val="nil"/>
          <w:bottom w:val="nil"/>
          <w:insideH w:val="nil"/>
          <w:insideV w:val="nil"/>
        </w:tcBorders>
        <w:shd w:val="clear" w:color="auto" w:fill="A7FDEA"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AB5C4" w:themeColor="accent5"/>
        <w:left w:val="single" w:sz="8" w:space="0" w:color="4AB5C4" w:themeColor="accent5"/>
        <w:bottom w:val="single" w:sz="8" w:space="0" w:color="4AB5C4" w:themeColor="accent5"/>
        <w:right w:val="single" w:sz="8" w:space="0" w:color="4AB5C4" w:themeColor="accent5"/>
      </w:tblBorders>
    </w:tblPr>
    <w:tblStylePr w:type="firstRow">
      <w:rPr>
        <w:sz w:val="24"/>
        <w:szCs w:val="24"/>
      </w:rPr>
      <w:tblPr/>
      <w:tcPr>
        <w:tcBorders>
          <w:top w:val="nil"/>
          <w:left w:val="nil"/>
          <w:bottom w:val="single" w:sz="24" w:space="0" w:color="4AB5C4" w:themeColor="accent5"/>
          <w:right w:val="nil"/>
          <w:insideH w:val="nil"/>
          <w:insideV w:val="nil"/>
        </w:tcBorders>
        <w:shd w:val="clear" w:color="auto" w:fill="FFFFFF" w:themeFill="background1"/>
      </w:tcPr>
    </w:tblStylePr>
    <w:tblStylePr w:type="lastRow">
      <w:tblPr/>
      <w:tcPr>
        <w:tcBorders>
          <w:top w:val="single" w:sz="8" w:space="0" w:color="4AB5C4"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AB5C4" w:themeColor="accent5"/>
          <w:insideH w:val="nil"/>
          <w:insideV w:val="nil"/>
        </w:tcBorders>
        <w:shd w:val="clear" w:color="auto" w:fill="FFFFFF" w:themeFill="background1"/>
      </w:tcPr>
    </w:tblStylePr>
    <w:tblStylePr w:type="lastCol">
      <w:tblPr/>
      <w:tcPr>
        <w:tcBorders>
          <w:top w:val="nil"/>
          <w:left w:val="single" w:sz="8" w:space="0" w:color="4AB5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CF0" w:themeFill="accent5" w:themeFillTint="3F"/>
      </w:tcPr>
    </w:tblStylePr>
    <w:tblStylePr w:type="band1Horz">
      <w:tblPr/>
      <w:tcPr>
        <w:tcBorders>
          <w:top w:val="nil"/>
          <w:bottom w:val="nil"/>
          <w:insideH w:val="nil"/>
          <w:insideV w:val="nil"/>
        </w:tcBorders>
        <w:shd w:val="clear" w:color="auto" w:fill="D2EC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989B1" w:themeColor="accent6"/>
        <w:left w:val="single" w:sz="8" w:space="0" w:color="0989B1" w:themeColor="accent6"/>
        <w:bottom w:val="single" w:sz="8" w:space="0" w:color="0989B1" w:themeColor="accent6"/>
        <w:right w:val="single" w:sz="8" w:space="0" w:color="0989B1" w:themeColor="accent6"/>
      </w:tblBorders>
    </w:tblPr>
    <w:tblStylePr w:type="firstRow">
      <w:rPr>
        <w:sz w:val="24"/>
        <w:szCs w:val="24"/>
      </w:rPr>
      <w:tblPr/>
      <w:tcPr>
        <w:tcBorders>
          <w:top w:val="nil"/>
          <w:left w:val="nil"/>
          <w:bottom w:val="single" w:sz="24" w:space="0" w:color="0989B1" w:themeColor="accent6"/>
          <w:right w:val="nil"/>
          <w:insideH w:val="nil"/>
          <w:insideV w:val="nil"/>
        </w:tcBorders>
        <w:shd w:val="clear" w:color="auto" w:fill="FFFFFF" w:themeFill="background1"/>
      </w:tcPr>
    </w:tblStylePr>
    <w:tblStylePr w:type="lastRow">
      <w:tblPr/>
      <w:tcPr>
        <w:tcBorders>
          <w:top w:val="single" w:sz="8" w:space="0" w:color="0989B1"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989B1" w:themeColor="accent6"/>
          <w:insideH w:val="nil"/>
          <w:insideV w:val="nil"/>
        </w:tcBorders>
        <w:shd w:val="clear" w:color="auto" w:fill="FFFFFF" w:themeFill="background1"/>
      </w:tcPr>
    </w:tblStylePr>
    <w:tblStylePr w:type="lastCol">
      <w:tblPr/>
      <w:tcPr>
        <w:tcBorders>
          <w:top w:val="nil"/>
          <w:left w:val="single" w:sz="8" w:space="0" w:color="0989B1"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2E9FB" w:themeFill="accent6" w:themeFillTint="3F"/>
      </w:tcPr>
    </w:tblStylePr>
    <w:tblStylePr w:type="band1Horz">
      <w:tblPr/>
      <w:tcPr>
        <w:tcBorders>
          <w:top w:val="nil"/>
          <w:bottom w:val="nil"/>
          <w:insideH w:val="nil"/>
          <w:insideV w:val="nil"/>
        </w:tcBorders>
        <w:shd w:val="clear" w:color="auto" w:fill="B2E9FB"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8C45C" w:themeColor="accent1" w:themeTint="BF"/>
        <w:left w:val="single" w:sz="8" w:space="0" w:color="78C45C" w:themeColor="accent1" w:themeTint="BF"/>
        <w:bottom w:val="single" w:sz="8" w:space="0" w:color="78C45C" w:themeColor="accent1" w:themeTint="BF"/>
        <w:right w:val="single" w:sz="8" w:space="0" w:color="78C45C" w:themeColor="accent1" w:themeTint="BF"/>
        <w:insideH w:val="single" w:sz="8" w:space="0" w:color="78C45C" w:themeColor="accent1" w:themeTint="BF"/>
        <w:insideV w:val="single" w:sz="8" w:space="0" w:color="78C45C" w:themeColor="accent1" w:themeTint="BF"/>
      </w:tblBorders>
    </w:tblPr>
    <w:tcPr>
      <w:shd w:val="clear" w:color="auto" w:fill="D2EBC9" w:themeFill="accent1" w:themeFillTint="3F"/>
    </w:tcPr>
    <w:tblStylePr w:type="firstRow">
      <w:rPr>
        <w:b/>
        <w:bCs/>
      </w:rPr>
    </w:tblStylePr>
    <w:tblStylePr w:type="lastRow">
      <w:rPr>
        <w:b/>
        <w:bCs/>
      </w:rPr>
      <w:tblPr/>
      <w:tcPr>
        <w:tcBorders>
          <w:top w:val="single" w:sz="18" w:space="0" w:color="78C45C" w:themeColor="accent1" w:themeTint="BF"/>
        </w:tcBorders>
      </w:tcPr>
    </w:tblStylePr>
    <w:tblStylePr w:type="firstCol">
      <w:rPr>
        <w:b/>
        <w:bCs/>
      </w:rPr>
    </w:tblStylePr>
    <w:tblStylePr w:type="lastCol">
      <w:rPr>
        <w:b/>
        <w:bCs/>
      </w:rPr>
    </w:tblStylePr>
    <w:tblStylePr w:type="band1Vert">
      <w:tblPr/>
      <w:tcPr>
        <w:shd w:val="clear" w:color="auto" w:fill="A5D893" w:themeFill="accent1" w:themeFillTint="7F"/>
      </w:tcPr>
    </w:tblStylePr>
    <w:tblStylePr w:type="band1Horz">
      <w:tblPr/>
      <w:tcPr>
        <w:shd w:val="clear" w:color="auto" w:fill="A5D893"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A9D25D" w:themeColor="accent2" w:themeTint="BF"/>
        <w:left w:val="single" w:sz="8" w:space="0" w:color="A9D25D" w:themeColor="accent2" w:themeTint="BF"/>
        <w:bottom w:val="single" w:sz="8" w:space="0" w:color="A9D25D" w:themeColor="accent2" w:themeTint="BF"/>
        <w:right w:val="single" w:sz="8" w:space="0" w:color="A9D25D" w:themeColor="accent2" w:themeTint="BF"/>
        <w:insideH w:val="single" w:sz="8" w:space="0" w:color="A9D25D" w:themeColor="accent2" w:themeTint="BF"/>
        <w:insideV w:val="single" w:sz="8" w:space="0" w:color="A9D25D" w:themeColor="accent2" w:themeTint="BF"/>
      </w:tblBorders>
    </w:tblPr>
    <w:tcPr>
      <w:shd w:val="clear" w:color="auto" w:fill="E2F0C9" w:themeFill="accent2" w:themeFillTint="3F"/>
    </w:tcPr>
    <w:tblStylePr w:type="firstRow">
      <w:rPr>
        <w:b/>
        <w:bCs/>
      </w:rPr>
    </w:tblStylePr>
    <w:tblStylePr w:type="lastRow">
      <w:rPr>
        <w:b/>
        <w:bCs/>
      </w:rPr>
      <w:tblPr/>
      <w:tcPr>
        <w:tcBorders>
          <w:top w:val="single" w:sz="18" w:space="0" w:color="A9D25D" w:themeColor="accent2" w:themeTint="BF"/>
        </w:tcBorders>
      </w:tcPr>
    </w:tblStylePr>
    <w:tblStylePr w:type="firstCol">
      <w:rPr>
        <w:b/>
        <w:bCs/>
      </w:rPr>
    </w:tblStylePr>
    <w:tblStylePr w:type="lastCol">
      <w:rPr>
        <w:b/>
        <w:bCs/>
      </w:rPr>
    </w:tblStylePr>
    <w:tblStylePr w:type="band1Vert">
      <w:tblPr/>
      <w:tcPr>
        <w:shd w:val="clear" w:color="auto" w:fill="C6E193" w:themeFill="accent2" w:themeFillTint="7F"/>
      </w:tcPr>
    </w:tblStylePr>
    <w:tblStylePr w:type="band1Horz">
      <w:tblPr/>
      <w:tcPr>
        <w:shd w:val="clear" w:color="auto" w:fill="C6E193"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CFDB6B" w:themeColor="accent3" w:themeTint="BF"/>
        <w:left w:val="single" w:sz="8" w:space="0" w:color="CFDB6B" w:themeColor="accent3" w:themeTint="BF"/>
        <w:bottom w:val="single" w:sz="8" w:space="0" w:color="CFDB6B" w:themeColor="accent3" w:themeTint="BF"/>
        <w:right w:val="single" w:sz="8" w:space="0" w:color="CFDB6B" w:themeColor="accent3" w:themeTint="BF"/>
        <w:insideH w:val="single" w:sz="8" w:space="0" w:color="CFDB6B" w:themeColor="accent3" w:themeTint="BF"/>
        <w:insideV w:val="single" w:sz="8" w:space="0" w:color="CFDB6B" w:themeColor="accent3" w:themeTint="BF"/>
      </w:tblBorders>
    </w:tblPr>
    <w:tcPr>
      <w:shd w:val="clear" w:color="auto" w:fill="EFF3CE" w:themeFill="accent3" w:themeFillTint="3F"/>
    </w:tcPr>
    <w:tblStylePr w:type="firstRow">
      <w:rPr>
        <w:b/>
        <w:bCs/>
      </w:rPr>
    </w:tblStylePr>
    <w:tblStylePr w:type="lastRow">
      <w:rPr>
        <w:b/>
        <w:bCs/>
      </w:rPr>
      <w:tblPr/>
      <w:tcPr>
        <w:tcBorders>
          <w:top w:val="single" w:sz="18" w:space="0" w:color="CFDB6B" w:themeColor="accent3" w:themeTint="BF"/>
        </w:tcBorders>
      </w:tcPr>
    </w:tblStylePr>
    <w:tblStylePr w:type="firstCol">
      <w:rPr>
        <w:b/>
        <w:bCs/>
      </w:rPr>
    </w:tblStylePr>
    <w:tblStylePr w:type="lastCol">
      <w:rPr>
        <w:b/>
        <w:bCs/>
      </w:rPr>
    </w:tblStylePr>
    <w:tblStylePr w:type="band1Vert">
      <w:tblPr/>
      <w:tcPr>
        <w:shd w:val="clear" w:color="auto" w:fill="DFE79C" w:themeFill="accent3" w:themeFillTint="7F"/>
      </w:tcPr>
    </w:tblStylePr>
    <w:tblStylePr w:type="band1Horz">
      <w:tblPr/>
      <w:tcPr>
        <w:shd w:val="clear" w:color="auto" w:fill="DFE79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03EEBA" w:themeColor="accent4" w:themeTint="BF"/>
        <w:left w:val="single" w:sz="8" w:space="0" w:color="03EEBA" w:themeColor="accent4" w:themeTint="BF"/>
        <w:bottom w:val="single" w:sz="8" w:space="0" w:color="03EEBA" w:themeColor="accent4" w:themeTint="BF"/>
        <w:right w:val="single" w:sz="8" w:space="0" w:color="03EEBA" w:themeColor="accent4" w:themeTint="BF"/>
        <w:insideH w:val="single" w:sz="8" w:space="0" w:color="03EEBA" w:themeColor="accent4" w:themeTint="BF"/>
        <w:insideV w:val="single" w:sz="8" w:space="0" w:color="03EEBA" w:themeColor="accent4" w:themeTint="BF"/>
      </w:tblBorders>
    </w:tblPr>
    <w:tcPr>
      <w:shd w:val="clear" w:color="auto" w:fill="A7FDEA" w:themeFill="accent4" w:themeFillTint="3F"/>
    </w:tcPr>
    <w:tblStylePr w:type="firstRow">
      <w:rPr>
        <w:b/>
        <w:bCs/>
      </w:rPr>
    </w:tblStylePr>
    <w:tblStylePr w:type="lastRow">
      <w:rPr>
        <w:b/>
        <w:bCs/>
      </w:rPr>
      <w:tblPr/>
      <w:tcPr>
        <w:tcBorders>
          <w:top w:val="single" w:sz="18" w:space="0" w:color="03EEBA" w:themeColor="accent4" w:themeTint="BF"/>
        </w:tcBorders>
      </w:tcPr>
    </w:tblStylePr>
    <w:tblStylePr w:type="firstCol">
      <w:rPr>
        <w:b/>
        <w:bCs/>
      </w:rPr>
    </w:tblStylePr>
    <w:tblStylePr w:type="lastCol">
      <w:rPr>
        <w:b/>
        <w:bCs/>
      </w:rPr>
    </w:tblStylePr>
    <w:tblStylePr w:type="band1Vert">
      <w:tblPr/>
      <w:tcPr>
        <w:shd w:val="clear" w:color="auto" w:fill="4FFCD6" w:themeFill="accent4" w:themeFillTint="7F"/>
      </w:tcPr>
    </w:tblStylePr>
    <w:tblStylePr w:type="band1Horz">
      <w:tblPr/>
      <w:tcPr>
        <w:shd w:val="clear" w:color="auto" w:fill="4FFCD6"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7C7D2" w:themeColor="accent5" w:themeTint="BF"/>
        <w:left w:val="single" w:sz="8" w:space="0" w:color="77C7D2" w:themeColor="accent5" w:themeTint="BF"/>
        <w:bottom w:val="single" w:sz="8" w:space="0" w:color="77C7D2" w:themeColor="accent5" w:themeTint="BF"/>
        <w:right w:val="single" w:sz="8" w:space="0" w:color="77C7D2" w:themeColor="accent5" w:themeTint="BF"/>
        <w:insideH w:val="single" w:sz="8" w:space="0" w:color="77C7D2" w:themeColor="accent5" w:themeTint="BF"/>
        <w:insideV w:val="single" w:sz="8" w:space="0" w:color="77C7D2" w:themeColor="accent5" w:themeTint="BF"/>
      </w:tblBorders>
    </w:tblPr>
    <w:tcPr>
      <w:shd w:val="clear" w:color="auto" w:fill="D2ECF0" w:themeFill="accent5" w:themeFillTint="3F"/>
    </w:tcPr>
    <w:tblStylePr w:type="firstRow">
      <w:rPr>
        <w:b/>
        <w:bCs/>
      </w:rPr>
    </w:tblStylePr>
    <w:tblStylePr w:type="lastRow">
      <w:rPr>
        <w:b/>
        <w:bCs/>
      </w:rPr>
      <w:tblPr/>
      <w:tcPr>
        <w:tcBorders>
          <w:top w:val="single" w:sz="18" w:space="0" w:color="77C7D2" w:themeColor="accent5" w:themeTint="BF"/>
        </w:tcBorders>
      </w:tcPr>
    </w:tblStylePr>
    <w:tblStylePr w:type="firstCol">
      <w:rPr>
        <w:b/>
        <w:bCs/>
      </w:rPr>
    </w:tblStylePr>
    <w:tblStylePr w:type="lastCol">
      <w:rPr>
        <w:b/>
        <w:bCs/>
      </w:rPr>
    </w:tblStylePr>
    <w:tblStylePr w:type="band1Vert">
      <w:tblPr/>
      <w:tcPr>
        <w:shd w:val="clear" w:color="auto" w:fill="A4DAE1" w:themeFill="accent5" w:themeFillTint="7F"/>
      </w:tcPr>
    </w:tblStylePr>
    <w:tblStylePr w:type="band1Horz">
      <w:tblPr/>
      <w:tcPr>
        <w:shd w:val="clear" w:color="auto" w:fill="A4DAE1"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17BEF3" w:themeColor="accent6" w:themeTint="BF"/>
        <w:left w:val="single" w:sz="8" w:space="0" w:color="17BEF3" w:themeColor="accent6" w:themeTint="BF"/>
        <w:bottom w:val="single" w:sz="8" w:space="0" w:color="17BEF3" w:themeColor="accent6" w:themeTint="BF"/>
        <w:right w:val="single" w:sz="8" w:space="0" w:color="17BEF3" w:themeColor="accent6" w:themeTint="BF"/>
        <w:insideH w:val="single" w:sz="8" w:space="0" w:color="17BEF3" w:themeColor="accent6" w:themeTint="BF"/>
        <w:insideV w:val="single" w:sz="8" w:space="0" w:color="17BEF3" w:themeColor="accent6" w:themeTint="BF"/>
      </w:tblBorders>
    </w:tblPr>
    <w:tcPr>
      <w:shd w:val="clear" w:color="auto" w:fill="B2E9FB" w:themeFill="accent6" w:themeFillTint="3F"/>
    </w:tcPr>
    <w:tblStylePr w:type="firstRow">
      <w:rPr>
        <w:b/>
        <w:bCs/>
      </w:rPr>
    </w:tblStylePr>
    <w:tblStylePr w:type="lastRow">
      <w:rPr>
        <w:b/>
        <w:bCs/>
      </w:rPr>
      <w:tblPr/>
      <w:tcPr>
        <w:tcBorders>
          <w:top w:val="single" w:sz="18" w:space="0" w:color="17BEF3" w:themeColor="accent6" w:themeTint="BF"/>
        </w:tcBorders>
      </w:tcPr>
    </w:tblStylePr>
    <w:tblStylePr w:type="firstCol">
      <w:rPr>
        <w:b/>
        <w:bCs/>
      </w:rPr>
    </w:tblStylePr>
    <w:tblStylePr w:type="lastCol">
      <w:rPr>
        <w:b/>
        <w:bCs/>
      </w:rPr>
    </w:tblStylePr>
    <w:tblStylePr w:type="band1Vert">
      <w:tblPr/>
      <w:tcPr>
        <w:shd w:val="clear" w:color="auto" w:fill="65D4F7" w:themeFill="accent6" w:themeFillTint="7F"/>
      </w:tcPr>
    </w:tblStylePr>
    <w:tblStylePr w:type="band1Horz">
      <w:tblPr/>
      <w:tcPr>
        <w:shd w:val="clear" w:color="auto" w:fill="65D4F7"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49E39" w:themeColor="accent1"/>
        <w:left w:val="single" w:sz="8" w:space="0" w:color="549E39" w:themeColor="accent1"/>
        <w:bottom w:val="single" w:sz="8" w:space="0" w:color="549E39" w:themeColor="accent1"/>
        <w:right w:val="single" w:sz="8" w:space="0" w:color="549E39" w:themeColor="accent1"/>
        <w:insideH w:val="single" w:sz="8" w:space="0" w:color="549E39" w:themeColor="accent1"/>
        <w:insideV w:val="single" w:sz="8" w:space="0" w:color="549E39" w:themeColor="accent1"/>
      </w:tblBorders>
    </w:tblPr>
    <w:tcPr>
      <w:shd w:val="clear" w:color="auto" w:fill="D2EBC9" w:themeFill="accent1" w:themeFillTint="3F"/>
    </w:tcPr>
    <w:tblStylePr w:type="firstRow">
      <w:rPr>
        <w:b/>
        <w:bCs/>
        <w:color w:val="000000" w:themeColor="text1"/>
      </w:rPr>
      <w:tblPr/>
      <w:tcPr>
        <w:shd w:val="clear" w:color="auto" w:fill="EDF7E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FD3" w:themeFill="accent1" w:themeFillTint="33"/>
      </w:tcPr>
    </w:tblStylePr>
    <w:tblStylePr w:type="band1Vert">
      <w:tblPr/>
      <w:tcPr>
        <w:shd w:val="clear" w:color="auto" w:fill="A5D893" w:themeFill="accent1" w:themeFillTint="7F"/>
      </w:tcPr>
    </w:tblStylePr>
    <w:tblStylePr w:type="band1Horz">
      <w:tblPr/>
      <w:tcPr>
        <w:tcBorders>
          <w:insideH w:val="single" w:sz="6" w:space="0" w:color="549E39" w:themeColor="accent1"/>
          <w:insideV w:val="single" w:sz="6" w:space="0" w:color="549E39" w:themeColor="accent1"/>
        </w:tcBorders>
        <w:shd w:val="clear" w:color="auto" w:fill="A5D893"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AB833" w:themeColor="accent2"/>
        <w:left w:val="single" w:sz="8" w:space="0" w:color="8AB833" w:themeColor="accent2"/>
        <w:bottom w:val="single" w:sz="8" w:space="0" w:color="8AB833" w:themeColor="accent2"/>
        <w:right w:val="single" w:sz="8" w:space="0" w:color="8AB833" w:themeColor="accent2"/>
        <w:insideH w:val="single" w:sz="8" w:space="0" w:color="8AB833" w:themeColor="accent2"/>
        <w:insideV w:val="single" w:sz="8" w:space="0" w:color="8AB833" w:themeColor="accent2"/>
      </w:tblBorders>
    </w:tblPr>
    <w:tcPr>
      <w:shd w:val="clear" w:color="auto" w:fill="E2F0C9" w:themeFill="accent2" w:themeFillTint="3F"/>
    </w:tcPr>
    <w:tblStylePr w:type="firstRow">
      <w:rPr>
        <w:b/>
        <w:bCs/>
        <w:color w:val="000000" w:themeColor="text1"/>
      </w:rPr>
      <w:tblPr/>
      <w:tcPr>
        <w:shd w:val="clear" w:color="auto" w:fill="F3F9E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8F3D3" w:themeFill="accent2" w:themeFillTint="33"/>
      </w:tcPr>
    </w:tblStylePr>
    <w:tblStylePr w:type="band1Vert">
      <w:tblPr/>
      <w:tcPr>
        <w:shd w:val="clear" w:color="auto" w:fill="C6E193" w:themeFill="accent2" w:themeFillTint="7F"/>
      </w:tcPr>
    </w:tblStylePr>
    <w:tblStylePr w:type="band1Horz">
      <w:tblPr/>
      <w:tcPr>
        <w:tcBorders>
          <w:insideH w:val="single" w:sz="6" w:space="0" w:color="8AB833" w:themeColor="accent2"/>
          <w:insideV w:val="single" w:sz="6" w:space="0" w:color="8AB833" w:themeColor="accent2"/>
        </w:tcBorders>
        <w:shd w:val="clear" w:color="auto" w:fill="C6E19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CF3A" w:themeColor="accent3"/>
        <w:left w:val="single" w:sz="8" w:space="0" w:color="C0CF3A" w:themeColor="accent3"/>
        <w:bottom w:val="single" w:sz="8" w:space="0" w:color="C0CF3A" w:themeColor="accent3"/>
        <w:right w:val="single" w:sz="8" w:space="0" w:color="C0CF3A" w:themeColor="accent3"/>
        <w:insideH w:val="single" w:sz="8" w:space="0" w:color="C0CF3A" w:themeColor="accent3"/>
        <w:insideV w:val="single" w:sz="8" w:space="0" w:color="C0CF3A" w:themeColor="accent3"/>
      </w:tblBorders>
    </w:tblPr>
    <w:tcPr>
      <w:shd w:val="clear" w:color="auto" w:fill="EFF3CE" w:themeFill="accent3" w:themeFillTint="3F"/>
    </w:tcPr>
    <w:tblStylePr w:type="firstRow">
      <w:rPr>
        <w:b/>
        <w:bCs/>
        <w:color w:val="000000" w:themeColor="text1"/>
      </w:rPr>
      <w:tblPr/>
      <w:tcPr>
        <w:shd w:val="clear" w:color="auto" w:fill="F8FAEB"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F5D7" w:themeFill="accent3" w:themeFillTint="33"/>
      </w:tcPr>
    </w:tblStylePr>
    <w:tblStylePr w:type="band1Vert">
      <w:tblPr/>
      <w:tcPr>
        <w:shd w:val="clear" w:color="auto" w:fill="DFE79C" w:themeFill="accent3" w:themeFillTint="7F"/>
      </w:tcPr>
    </w:tblStylePr>
    <w:tblStylePr w:type="band1Horz">
      <w:tblPr/>
      <w:tcPr>
        <w:tcBorders>
          <w:insideH w:val="single" w:sz="6" w:space="0" w:color="C0CF3A" w:themeColor="accent3"/>
          <w:insideV w:val="single" w:sz="6" w:space="0" w:color="C0CF3A" w:themeColor="accent3"/>
        </w:tcBorders>
        <w:shd w:val="clear" w:color="auto" w:fill="DFE79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29676" w:themeColor="accent4"/>
        <w:left w:val="single" w:sz="8" w:space="0" w:color="029676" w:themeColor="accent4"/>
        <w:bottom w:val="single" w:sz="8" w:space="0" w:color="029676" w:themeColor="accent4"/>
        <w:right w:val="single" w:sz="8" w:space="0" w:color="029676" w:themeColor="accent4"/>
        <w:insideH w:val="single" w:sz="8" w:space="0" w:color="029676" w:themeColor="accent4"/>
        <w:insideV w:val="single" w:sz="8" w:space="0" w:color="029676" w:themeColor="accent4"/>
      </w:tblBorders>
    </w:tblPr>
    <w:tcPr>
      <w:shd w:val="clear" w:color="auto" w:fill="A7FDEA" w:themeFill="accent4" w:themeFillTint="3F"/>
    </w:tcPr>
    <w:tblStylePr w:type="firstRow">
      <w:rPr>
        <w:b/>
        <w:bCs/>
        <w:color w:val="000000" w:themeColor="text1"/>
      </w:rPr>
      <w:tblPr/>
      <w:tcPr>
        <w:shd w:val="clear" w:color="auto" w:fill="DCFE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8FEEE" w:themeFill="accent4" w:themeFillTint="33"/>
      </w:tcPr>
    </w:tblStylePr>
    <w:tblStylePr w:type="band1Vert">
      <w:tblPr/>
      <w:tcPr>
        <w:shd w:val="clear" w:color="auto" w:fill="4FFCD6" w:themeFill="accent4" w:themeFillTint="7F"/>
      </w:tcPr>
    </w:tblStylePr>
    <w:tblStylePr w:type="band1Horz">
      <w:tblPr/>
      <w:tcPr>
        <w:tcBorders>
          <w:insideH w:val="single" w:sz="6" w:space="0" w:color="029676" w:themeColor="accent4"/>
          <w:insideV w:val="single" w:sz="6" w:space="0" w:color="029676" w:themeColor="accent4"/>
        </w:tcBorders>
        <w:shd w:val="clear" w:color="auto" w:fill="4FFCD6"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AB5C4" w:themeColor="accent5"/>
        <w:left w:val="single" w:sz="8" w:space="0" w:color="4AB5C4" w:themeColor="accent5"/>
        <w:bottom w:val="single" w:sz="8" w:space="0" w:color="4AB5C4" w:themeColor="accent5"/>
        <w:right w:val="single" w:sz="8" w:space="0" w:color="4AB5C4" w:themeColor="accent5"/>
        <w:insideH w:val="single" w:sz="8" w:space="0" w:color="4AB5C4" w:themeColor="accent5"/>
        <w:insideV w:val="single" w:sz="8" w:space="0" w:color="4AB5C4" w:themeColor="accent5"/>
      </w:tblBorders>
    </w:tblPr>
    <w:tcPr>
      <w:shd w:val="clear" w:color="auto" w:fill="D2ECF0" w:themeFill="accent5" w:themeFillTint="3F"/>
    </w:tcPr>
    <w:tblStylePr w:type="firstRow">
      <w:rPr>
        <w:b/>
        <w:bCs/>
        <w:color w:val="000000" w:themeColor="text1"/>
      </w:rPr>
      <w:tblPr/>
      <w:tcPr>
        <w:shd w:val="clear" w:color="auto" w:fill="EDF7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F0F3" w:themeFill="accent5" w:themeFillTint="33"/>
      </w:tcPr>
    </w:tblStylePr>
    <w:tblStylePr w:type="band1Vert">
      <w:tblPr/>
      <w:tcPr>
        <w:shd w:val="clear" w:color="auto" w:fill="A4DAE1" w:themeFill="accent5" w:themeFillTint="7F"/>
      </w:tcPr>
    </w:tblStylePr>
    <w:tblStylePr w:type="band1Horz">
      <w:tblPr/>
      <w:tcPr>
        <w:tcBorders>
          <w:insideH w:val="single" w:sz="6" w:space="0" w:color="4AB5C4" w:themeColor="accent5"/>
          <w:insideV w:val="single" w:sz="6" w:space="0" w:color="4AB5C4" w:themeColor="accent5"/>
        </w:tcBorders>
        <w:shd w:val="clear" w:color="auto" w:fill="A4DAE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989B1" w:themeColor="accent6"/>
        <w:left w:val="single" w:sz="8" w:space="0" w:color="0989B1" w:themeColor="accent6"/>
        <w:bottom w:val="single" w:sz="8" w:space="0" w:color="0989B1" w:themeColor="accent6"/>
        <w:right w:val="single" w:sz="8" w:space="0" w:color="0989B1" w:themeColor="accent6"/>
        <w:insideH w:val="single" w:sz="8" w:space="0" w:color="0989B1" w:themeColor="accent6"/>
        <w:insideV w:val="single" w:sz="8" w:space="0" w:color="0989B1" w:themeColor="accent6"/>
      </w:tblBorders>
    </w:tblPr>
    <w:tcPr>
      <w:shd w:val="clear" w:color="auto" w:fill="B2E9FB" w:themeFill="accent6" w:themeFillTint="3F"/>
    </w:tcPr>
    <w:tblStylePr w:type="firstRow">
      <w:rPr>
        <w:b/>
        <w:bCs/>
        <w:color w:val="000000" w:themeColor="text1"/>
      </w:rPr>
      <w:tblPr/>
      <w:tcPr>
        <w:shd w:val="clear" w:color="auto" w:fill="E0F6F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EDFC" w:themeFill="accent6" w:themeFillTint="33"/>
      </w:tcPr>
    </w:tblStylePr>
    <w:tblStylePr w:type="band1Vert">
      <w:tblPr/>
      <w:tcPr>
        <w:shd w:val="clear" w:color="auto" w:fill="65D4F7" w:themeFill="accent6" w:themeFillTint="7F"/>
      </w:tcPr>
    </w:tblStylePr>
    <w:tblStylePr w:type="band1Horz">
      <w:tblPr/>
      <w:tcPr>
        <w:tcBorders>
          <w:insideH w:val="single" w:sz="6" w:space="0" w:color="0989B1" w:themeColor="accent6"/>
          <w:insideV w:val="single" w:sz="6" w:space="0" w:color="0989B1" w:themeColor="accent6"/>
        </w:tcBorders>
        <w:shd w:val="clear" w:color="auto" w:fill="65D4F7"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BC9"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49E39"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49E39"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49E39"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49E39"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893"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893"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F0C9"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AB833"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AB833"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AB833"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AB833"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6E19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6E193"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F3CE"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CF3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CF3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CF3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CF3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E79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E79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7FDEA"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29676"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29676"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29676"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29676"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4FFCD6"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4FFCD6"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C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AB5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AB5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AB5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AB5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4DA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4DAE1"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2E9FB"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989B1"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989B1"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989B1"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989B1"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5D4F7"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5D4F7"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549E39"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94E1C"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E762A"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E762A" w:themeFill="accent1" w:themeFillShade="BF"/>
      </w:tcPr>
    </w:tblStylePr>
    <w:tblStylePr w:type="band1Vert">
      <w:tblPr/>
      <w:tcPr>
        <w:tcBorders>
          <w:top w:val="nil"/>
          <w:left w:val="nil"/>
          <w:bottom w:val="nil"/>
          <w:right w:val="nil"/>
          <w:insideH w:val="nil"/>
          <w:insideV w:val="nil"/>
        </w:tcBorders>
        <w:shd w:val="clear" w:color="auto" w:fill="3E762A" w:themeFill="accent1" w:themeFillShade="BF"/>
      </w:tcPr>
    </w:tblStylePr>
    <w:tblStylePr w:type="band1Horz">
      <w:tblPr/>
      <w:tcPr>
        <w:tcBorders>
          <w:top w:val="nil"/>
          <w:left w:val="nil"/>
          <w:bottom w:val="nil"/>
          <w:right w:val="nil"/>
          <w:insideH w:val="nil"/>
          <w:insideV w:val="nil"/>
        </w:tcBorders>
        <w:shd w:val="clear" w:color="auto" w:fill="3E762A"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8AB833"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45B19"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668926"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668926" w:themeFill="accent2" w:themeFillShade="BF"/>
      </w:tcPr>
    </w:tblStylePr>
    <w:tblStylePr w:type="band1Vert">
      <w:tblPr/>
      <w:tcPr>
        <w:tcBorders>
          <w:top w:val="nil"/>
          <w:left w:val="nil"/>
          <w:bottom w:val="nil"/>
          <w:right w:val="nil"/>
          <w:insideH w:val="nil"/>
          <w:insideV w:val="nil"/>
        </w:tcBorders>
        <w:shd w:val="clear" w:color="auto" w:fill="668926" w:themeFill="accent2" w:themeFillShade="BF"/>
      </w:tcPr>
    </w:tblStylePr>
    <w:tblStylePr w:type="band1Horz">
      <w:tblPr/>
      <w:tcPr>
        <w:tcBorders>
          <w:top w:val="nil"/>
          <w:left w:val="nil"/>
          <w:bottom w:val="nil"/>
          <w:right w:val="nil"/>
          <w:insideH w:val="nil"/>
          <w:insideV w:val="nil"/>
        </w:tcBorders>
        <w:shd w:val="clear" w:color="auto" w:fill="668926"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C0CF3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16919"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939F27"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939F27" w:themeFill="accent3" w:themeFillShade="BF"/>
      </w:tcPr>
    </w:tblStylePr>
    <w:tblStylePr w:type="band1Vert">
      <w:tblPr/>
      <w:tcPr>
        <w:tcBorders>
          <w:top w:val="nil"/>
          <w:left w:val="nil"/>
          <w:bottom w:val="nil"/>
          <w:right w:val="nil"/>
          <w:insideH w:val="nil"/>
          <w:insideV w:val="nil"/>
        </w:tcBorders>
        <w:shd w:val="clear" w:color="auto" w:fill="939F27" w:themeFill="accent3" w:themeFillShade="BF"/>
      </w:tcPr>
    </w:tblStylePr>
    <w:tblStylePr w:type="band1Horz">
      <w:tblPr/>
      <w:tcPr>
        <w:tcBorders>
          <w:top w:val="nil"/>
          <w:left w:val="nil"/>
          <w:bottom w:val="nil"/>
          <w:right w:val="nil"/>
          <w:insideH w:val="nil"/>
          <w:insideV w:val="nil"/>
        </w:tcBorders>
        <w:shd w:val="clear" w:color="auto" w:fill="939F27"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029676"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14A3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017057"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017057" w:themeFill="accent4" w:themeFillShade="BF"/>
      </w:tcPr>
    </w:tblStylePr>
    <w:tblStylePr w:type="band1Vert">
      <w:tblPr/>
      <w:tcPr>
        <w:tcBorders>
          <w:top w:val="nil"/>
          <w:left w:val="nil"/>
          <w:bottom w:val="nil"/>
          <w:right w:val="nil"/>
          <w:insideH w:val="nil"/>
          <w:insideV w:val="nil"/>
        </w:tcBorders>
        <w:shd w:val="clear" w:color="auto" w:fill="017057" w:themeFill="accent4" w:themeFillShade="BF"/>
      </w:tcPr>
    </w:tblStylePr>
    <w:tblStylePr w:type="band1Horz">
      <w:tblPr/>
      <w:tcPr>
        <w:tcBorders>
          <w:top w:val="nil"/>
          <w:left w:val="nil"/>
          <w:bottom w:val="nil"/>
          <w:right w:val="nil"/>
          <w:insideH w:val="nil"/>
          <w:insideV w:val="nil"/>
        </w:tcBorders>
        <w:shd w:val="clear" w:color="auto" w:fill="017057"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AB5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15C65"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B98"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B98" w:themeFill="accent5" w:themeFillShade="BF"/>
      </w:tcPr>
    </w:tblStylePr>
    <w:tblStylePr w:type="band1Vert">
      <w:tblPr/>
      <w:tcPr>
        <w:tcBorders>
          <w:top w:val="nil"/>
          <w:left w:val="nil"/>
          <w:bottom w:val="nil"/>
          <w:right w:val="nil"/>
          <w:insideH w:val="nil"/>
          <w:insideV w:val="nil"/>
        </w:tcBorders>
        <w:shd w:val="clear" w:color="auto" w:fill="318B98" w:themeFill="accent5" w:themeFillShade="BF"/>
      </w:tcPr>
    </w:tblStylePr>
    <w:tblStylePr w:type="band1Horz">
      <w:tblPr/>
      <w:tcPr>
        <w:tcBorders>
          <w:top w:val="nil"/>
          <w:left w:val="nil"/>
          <w:bottom w:val="nil"/>
          <w:right w:val="nil"/>
          <w:insideH w:val="nil"/>
          <w:insideV w:val="nil"/>
        </w:tcBorders>
        <w:shd w:val="clear" w:color="auto" w:fill="318B98"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0989B1"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44357"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066684"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066684" w:themeFill="accent6" w:themeFillShade="BF"/>
      </w:tcPr>
    </w:tblStylePr>
    <w:tblStylePr w:type="band1Vert">
      <w:tblPr/>
      <w:tcPr>
        <w:tcBorders>
          <w:top w:val="nil"/>
          <w:left w:val="nil"/>
          <w:bottom w:val="nil"/>
          <w:right w:val="nil"/>
          <w:insideH w:val="nil"/>
          <w:insideV w:val="nil"/>
        </w:tcBorders>
        <w:shd w:val="clear" w:color="auto" w:fill="066684" w:themeFill="accent6" w:themeFillShade="BF"/>
      </w:tcPr>
    </w:tblStylePr>
    <w:tblStylePr w:type="band1Horz">
      <w:tblPr/>
      <w:tcPr>
        <w:tcBorders>
          <w:top w:val="nil"/>
          <w:left w:val="nil"/>
          <w:bottom w:val="nil"/>
          <w:right w:val="nil"/>
          <w:insideH w:val="nil"/>
          <w:insideV w:val="nil"/>
        </w:tcBorders>
        <w:shd w:val="clear" w:color="auto" w:fill="066684"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8AB833"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AB83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8AB833" w:themeColor="accent2"/>
        <w:left w:val="single" w:sz="4" w:space="0" w:color="549E39" w:themeColor="accent1"/>
        <w:bottom w:val="single" w:sz="4" w:space="0" w:color="549E39" w:themeColor="accent1"/>
        <w:right w:val="single" w:sz="4" w:space="0" w:color="549E39" w:themeColor="accent1"/>
        <w:insideH w:val="single" w:sz="4" w:space="0" w:color="FFFFFF" w:themeColor="background1"/>
        <w:insideV w:val="single" w:sz="4" w:space="0" w:color="FFFFFF" w:themeColor="background1"/>
      </w:tblBorders>
    </w:tblPr>
    <w:tcPr>
      <w:shd w:val="clear" w:color="auto" w:fill="EDF7E9" w:themeFill="accent1" w:themeFillTint="19"/>
    </w:tcPr>
    <w:tblStylePr w:type="firstRow">
      <w:rPr>
        <w:b/>
        <w:bCs/>
      </w:rPr>
      <w:tblPr/>
      <w:tcPr>
        <w:tcBorders>
          <w:top w:val="nil"/>
          <w:left w:val="nil"/>
          <w:bottom w:val="single" w:sz="24" w:space="0" w:color="8AB83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25E22" w:themeFill="accent1" w:themeFillShade="99"/>
      </w:tcPr>
    </w:tblStylePr>
    <w:tblStylePr w:type="firstCol">
      <w:rPr>
        <w:color w:val="FFFFFF" w:themeColor="background1"/>
      </w:rPr>
      <w:tblPr/>
      <w:tcPr>
        <w:tcBorders>
          <w:top w:val="nil"/>
          <w:left w:val="nil"/>
          <w:bottom w:val="nil"/>
          <w:right w:val="nil"/>
          <w:insideH w:val="single" w:sz="4" w:space="0" w:color="325E22" w:themeColor="accent1" w:themeShade="99"/>
          <w:insideV w:val="nil"/>
        </w:tcBorders>
        <w:shd w:val="clear" w:color="auto" w:fill="325E22"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325E22" w:themeFill="accent1" w:themeFillShade="99"/>
      </w:tcPr>
    </w:tblStylePr>
    <w:tblStylePr w:type="band1Vert">
      <w:tblPr/>
      <w:tcPr>
        <w:shd w:val="clear" w:color="auto" w:fill="B7DFA8" w:themeFill="accent1" w:themeFillTint="66"/>
      </w:tcPr>
    </w:tblStylePr>
    <w:tblStylePr w:type="band1Horz">
      <w:tblPr/>
      <w:tcPr>
        <w:shd w:val="clear" w:color="auto" w:fill="A5D893"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8AB833" w:themeColor="accent2"/>
        <w:left w:val="single" w:sz="4" w:space="0" w:color="8AB833" w:themeColor="accent2"/>
        <w:bottom w:val="single" w:sz="4" w:space="0" w:color="8AB833" w:themeColor="accent2"/>
        <w:right w:val="single" w:sz="4" w:space="0" w:color="8AB833" w:themeColor="accent2"/>
        <w:insideH w:val="single" w:sz="4" w:space="0" w:color="FFFFFF" w:themeColor="background1"/>
        <w:insideV w:val="single" w:sz="4" w:space="0" w:color="FFFFFF" w:themeColor="background1"/>
      </w:tblBorders>
    </w:tblPr>
    <w:tcPr>
      <w:shd w:val="clear" w:color="auto" w:fill="F3F9E9" w:themeFill="accent2" w:themeFillTint="19"/>
    </w:tcPr>
    <w:tblStylePr w:type="firstRow">
      <w:rPr>
        <w:b/>
        <w:bCs/>
      </w:rPr>
      <w:tblPr/>
      <w:tcPr>
        <w:tcBorders>
          <w:top w:val="nil"/>
          <w:left w:val="nil"/>
          <w:bottom w:val="single" w:sz="24" w:space="0" w:color="8AB83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26E1E" w:themeFill="accent2" w:themeFillShade="99"/>
      </w:tcPr>
    </w:tblStylePr>
    <w:tblStylePr w:type="firstCol">
      <w:rPr>
        <w:color w:val="FFFFFF" w:themeColor="background1"/>
      </w:rPr>
      <w:tblPr/>
      <w:tcPr>
        <w:tcBorders>
          <w:top w:val="nil"/>
          <w:left w:val="nil"/>
          <w:bottom w:val="nil"/>
          <w:right w:val="nil"/>
          <w:insideH w:val="single" w:sz="4" w:space="0" w:color="526E1E" w:themeColor="accent2" w:themeShade="99"/>
          <w:insideV w:val="nil"/>
        </w:tcBorders>
        <w:shd w:val="clear" w:color="auto" w:fill="526E1E"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26E1E" w:themeFill="accent2" w:themeFillShade="99"/>
      </w:tcPr>
    </w:tblStylePr>
    <w:tblStylePr w:type="band1Vert">
      <w:tblPr/>
      <w:tcPr>
        <w:shd w:val="clear" w:color="auto" w:fill="D1E7A8" w:themeFill="accent2" w:themeFillTint="66"/>
      </w:tcPr>
    </w:tblStylePr>
    <w:tblStylePr w:type="band1Horz">
      <w:tblPr/>
      <w:tcPr>
        <w:shd w:val="clear" w:color="auto" w:fill="C6E19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029676" w:themeColor="accent4"/>
        <w:left w:val="single" w:sz="4" w:space="0" w:color="C0CF3A" w:themeColor="accent3"/>
        <w:bottom w:val="single" w:sz="4" w:space="0" w:color="C0CF3A" w:themeColor="accent3"/>
        <w:right w:val="single" w:sz="4" w:space="0" w:color="C0CF3A" w:themeColor="accent3"/>
        <w:insideH w:val="single" w:sz="4" w:space="0" w:color="FFFFFF" w:themeColor="background1"/>
        <w:insideV w:val="single" w:sz="4" w:space="0" w:color="FFFFFF" w:themeColor="background1"/>
      </w:tblBorders>
    </w:tblPr>
    <w:tcPr>
      <w:shd w:val="clear" w:color="auto" w:fill="F8FAEB" w:themeFill="accent3" w:themeFillTint="19"/>
    </w:tcPr>
    <w:tblStylePr w:type="firstRow">
      <w:rPr>
        <w:b/>
        <w:bCs/>
      </w:rPr>
      <w:tblPr/>
      <w:tcPr>
        <w:tcBorders>
          <w:top w:val="nil"/>
          <w:left w:val="nil"/>
          <w:bottom w:val="single" w:sz="24" w:space="0" w:color="029676"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57F1F" w:themeFill="accent3" w:themeFillShade="99"/>
      </w:tcPr>
    </w:tblStylePr>
    <w:tblStylePr w:type="firstCol">
      <w:rPr>
        <w:color w:val="FFFFFF" w:themeColor="background1"/>
      </w:rPr>
      <w:tblPr/>
      <w:tcPr>
        <w:tcBorders>
          <w:top w:val="nil"/>
          <w:left w:val="nil"/>
          <w:bottom w:val="nil"/>
          <w:right w:val="nil"/>
          <w:insideH w:val="single" w:sz="4" w:space="0" w:color="757F1F" w:themeColor="accent3" w:themeShade="99"/>
          <w:insideV w:val="nil"/>
        </w:tcBorders>
        <w:shd w:val="clear" w:color="auto" w:fill="757F1F"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757F1F" w:themeFill="accent3" w:themeFillShade="99"/>
      </w:tcPr>
    </w:tblStylePr>
    <w:tblStylePr w:type="band1Vert">
      <w:tblPr/>
      <w:tcPr>
        <w:shd w:val="clear" w:color="auto" w:fill="E5EBB0" w:themeFill="accent3" w:themeFillTint="66"/>
      </w:tcPr>
    </w:tblStylePr>
    <w:tblStylePr w:type="band1Horz">
      <w:tblPr/>
      <w:tcPr>
        <w:shd w:val="clear" w:color="auto" w:fill="DFE79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C0CF3A" w:themeColor="accent3"/>
        <w:left w:val="single" w:sz="4" w:space="0" w:color="029676" w:themeColor="accent4"/>
        <w:bottom w:val="single" w:sz="4" w:space="0" w:color="029676" w:themeColor="accent4"/>
        <w:right w:val="single" w:sz="4" w:space="0" w:color="029676" w:themeColor="accent4"/>
        <w:insideH w:val="single" w:sz="4" w:space="0" w:color="FFFFFF" w:themeColor="background1"/>
        <w:insideV w:val="single" w:sz="4" w:space="0" w:color="FFFFFF" w:themeColor="background1"/>
      </w:tblBorders>
    </w:tblPr>
    <w:tcPr>
      <w:shd w:val="clear" w:color="auto" w:fill="DCFEF7" w:themeFill="accent4" w:themeFillTint="19"/>
    </w:tcPr>
    <w:tblStylePr w:type="firstRow">
      <w:rPr>
        <w:b/>
        <w:bCs/>
      </w:rPr>
      <w:tblPr/>
      <w:tcPr>
        <w:tcBorders>
          <w:top w:val="nil"/>
          <w:left w:val="nil"/>
          <w:bottom w:val="single" w:sz="24" w:space="0" w:color="C0CF3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15946" w:themeFill="accent4" w:themeFillShade="99"/>
      </w:tcPr>
    </w:tblStylePr>
    <w:tblStylePr w:type="firstCol">
      <w:rPr>
        <w:color w:val="FFFFFF" w:themeColor="background1"/>
      </w:rPr>
      <w:tblPr/>
      <w:tcPr>
        <w:tcBorders>
          <w:top w:val="nil"/>
          <w:left w:val="nil"/>
          <w:bottom w:val="nil"/>
          <w:right w:val="nil"/>
          <w:insideH w:val="single" w:sz="4" w:space="0" w:color="015946" w:themeColor="accent4" w:themeShade="99"/>
          <w:insideV w:val="nil"/>
        </w:tcBorders>
        <w:shd w:val="clear" w:color="auto" w:fill="015946"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015946" w:themeFill="accent4" w:themeFillShade="99"/>
      </w:tcPr>
    </w:tblStylePr>
    <w:tblStylePr w:type="band1Vert">
      <w:tblPr/>
      <w:tcPr>
        <w:shd w:val="clear" w:color="auto" w:fill="71FDDE" w:themeFill="accent4" w:themeFillTint="66"/>
      </w:tcPr>
    </w:tblStylePr>
    <w:tblStylePr w:type="band1Horz">
      <w:tblPr/>
      <w:tcPr>
        <w:shd w:val="clear" w:color="auto" w:fill="4FFCD6"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0989B1" w:themeColor="accent6"/>
        <w:left w:val="single" w:sz="4" w:space="0" w:color="4AB5C4" w:themeColor="accent5"/>
        <w:bottom w:val="single" w:sz="4" w:space="0" w:color="4AB5C4" w:themeColor="accent5"/>
        <w:right w:val="single" w:sz="4" w:space="0" w:color="4AB5C4" w:themeColor="accent5"/>
        <w:insideH w:val="single" w:sz="4" w:space="0" w:color="FFFFFF" w:themeColor="background1"/>
        <w:insideV w:val="single" w:sz="4" w:space="0" w:color="FFFFFF" w:themeColor="background1"/>
      </w:tblBorders>
    </w:tblPr>
    <w:tcPr>
      <w:shd w:val="clear" w:color="auto" w:fill="EDF7F9" w:themeFill="accent5" w:themeFillTint="19"/>
    </w:tcPr>
    <w:tblStylePr w:type="firstRow">
      <w:rPr>
        <w:b/>
        <w:bCs/>
      </w:rPr>
      <w:tblPr/>
      <w:tcPr>
        <w:tcBorders>
          <w:top w:val="nil"/>
          <w:left w:val="nil"/>
          <w:bottom w:val="single" w:sz="24" w:space="0" w:color="0989B1"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86F7A" w:themeFill="accent5" w:themeFillShade="99"/>
      </w:tcPr>
    </w:tblStylePr>
    <w:tblStylePr w:type="firstCol">
      <w:rPr>
        <w:color w:val="FFFFFF" w:themeColor="background1"/>
      </w:rPr>
      <w:tblPr/>
      <w:tcPr>
        <w:tcBorders>
          <w:top w:val="nil"/>
          <w:left w:val="nil"/>
          <w:bottom w:val="nil"/>
          <w:right w:val="nil"/>
          <w:insideH w:val="single" w:sz="4" w:space="0" w:color="286F7A" w:themeColor="accent5" w:themeShade="99"/>
          <w:insideV w:val="nil"/>
        </w:tcBorders>
        <w:shd w:val="clear" w:color="auto" w:fill="286F7A"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86F7A" w:themeFill="accent5" w:themeFillShade="99"/>
      </w:tcPr>
    </w:tblStylePr>
    <w:tblStylePr w:type="band1Vert">
      <w:tblPr/>
      <w:tcPr>
        <w:shd w:val="clear" w:color="auto" w:fill="B6E1E7" w:themeFill="accent5" w:themeFillTint="66"/>
      </w:tcPr>
    </w:tblStylePr>
    <w:tblStylePr w:type="band1Horz">
      <w:tblPr/>
      <w:tcPr>
        <w:shd w:val="clear" w:color="auto" w:fill="A4DAE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AB5C4" w:themeColor="accent5"/>
        <w:left w:val="single" w:sz="4" w:space="0" w:color="0989B1" w:themeColor="accent6"/>
        <w:bottom w:val="single" w:sz="4" w:space="0" w:color="0989B1" w:themeColor="accent6"/>
        <w:right w:val="single" w:sz="4" w:space="0" w:color="0989B1" w:themeColor="accent6"/>
        <w:insideH w:val="single" w:sz="4" w:space="0" w:color="FFFFFF" w:themeColor="background1"/>
        <w:insideV w:val="single" w:sz="4" w:space="0" w:color="FFFFFF" w:themeColor="background1"/>
      </w:tblBorders>
    </w:tblPr>
    <w:tcPr>
      <w:shd w:val="clear" w:color="auto" w:fill="E0F6FD" w:themeFill="accent6" w:themeFillTint="19"/>
    </w:tcPr>
    <w:tblStylePr w:type="firstRow">
      <w:rPr>
        <w:b/>
        <w:bCs/>
      </w:rPr>
      <w:tblPr/>
      <w:tcPr>
        <w:tcBorders>
          <w:top w:val="nil"/>
          <w:left w:val="nil"/>
          <w:bottom w:val="single" w:sz="24" w:space="0" w:color="4AB5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55169" w:themeFill="accent6" w:themeFillShade="99"/>
      </w:tcPr>
    </w:tblStylePr>
    <w:tblStylePr w:type="firstCol">
      <w:rPr>
        <w:color w:val="FFFFFF" w:themeColor="background1"/>
      </w:rPr>
      <w:tblPr/>
      <w:tcPr>
        <w:tcBorders>
          <w:top w:val="nil"/>
          <w:left w:val="nil"/>
          <w:bottom w:val="nil"/>
          <w:right w:val="nil"/>
          <w:insideH w:val="single" w:sz="4" w:space="0" w:color="055169" w:themeColor="accent6" w:themeShade="99"/>
          <w:insideV w:val="nil"/>
        </w:tcBorders>
        <w:shd w:val="clear" w:color="auto" w:fill="055169"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055169" w:themeFill="accent6" w:themeFillShade="99"/>
      </w:tcPr>
    </w:tblStylePr>
    <w:tblStylePr w:type="band1Vert">
      <w:tblPr/>
      <w:tcPr>
        <w:shd w:val="clear" w:color="auto" w:fill="83DCF8" w:themeFill="accent6" w:themeFillTint="66"/>
      </w:tcPr>
    </w:tblStylePr>
    <w:tblStylePr w:type="band1Horz">
      <w:tblPr/>
      <w:tcPr>
        <w:shd w:val="clear" w:color="auto" w:fill="65D4F7"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6E9329" w:themeFill="accent2" w:themeFillShade="CC"/>
      </w:tcPr>
    </w:tblStylePr>
    <w:tblStylePr w:type="lastRow">
      <w:rPr>
        <w:b/>
        <w:bCs/>
        <w:color w:val="6E9329"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7E9" w:themeFill="accent1" w:themeFillTint="19"/>
    </w:tcPr>
    <w:tblStylePr w:type="firstRow">
      <w:rPr>
        <w:b/>
        <w:bCs/>
        <w:color w:val="FFFFFF" w:themeColor="background1"/>
      </w:rPr>
      <w:tblPr/>
      <w:tcPr>
        <w:tcBorders>
          <w:bottom w:val="single" w:sz="12" w:space="0" w:color="FFFFFF" w:themeColor="background1"/>
        </w:tcBorders>
        <w:shd w:val="clear" w:color="auto" w:fill="6E9329" w:themeFill="accent2" w:themeFillShade="CC"/>
      </w:tcPr>
    </w:tblStylePr>
    <w:tblStylePr w:type="lastRow">
      <w:rPr>
        <w:b/>
        <w:bCs/>
        <w:color w:val="6E9329"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BC9" w:themeFill="accent1" w:themeFillTint="3F"/>
      </w:tcPr>
    </w:tblStylePr>
    <w:tblStylePr w:type="band1Horz">
      <w:tblPr/>
      <w:tcPr>
        <w:shd w:val="clear" w:color="auto" w:fill="DAEFD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3F9E9" w:themeFill="accent2" w:themeFillTint="19"/>
    </w:tcPr>
    <w:tblStylePr w:type="firstRow">
      <w:rPr>
        <w:b/>
        <w:bCs/>
        <w:color w:val="FFFFFF" w:themeColor="background1"/>
      </w:rPr>
      <w:tblPr/>
      <w:tcPr>
        <w:tcBorders>
          <w:bottom w:val="single" w:sz="12" w:space="0" w:color="FFFFFF" w:themeColor="background1"/>
        </w:tcBorders>
        <w:shd w:val="clear" w:color="auto" w:fill="6E9329" w:themeFill="accent2" w:themeFillShade="CC"/>
      </w:tcPr>
    </w:tblStylePr>
    <w:tblStylePr w:type="lastRow">
      <w:rPr>
        <w:b/>
        <w:bCs/>
        <w:color w:val="6E9329"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F0C9" w:themeFill="accent2" w:themeFillTint="3F"/>
      </w:tcPr>
    </w:tblStylePr>
    <w:tblStylePr w:type="band1Horz">
      <w:tblPr/>
      <w:tcPr>
        <w:shd w:val="clear" w:color="auto" w:fill="E8F3D3"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8FAEB" w:themeFill="accent3" w:themeFillTint="19"/>
    </w:tcPr>
    <w:tblStylePr w:type="firstRow">
      <w:rPr>
        <w:b/>
        <w:bCs/>
        <w:color w:val="FFFFFF" w:themeColor="background1"/>
      </w:rPr>
      <w:tblPr/>
      <w:tcPr>
        <w:tcBorders>
          <w:bottom w:val="single" w:sz="12" w:space="0" w:color="FFFFFF" w:themeColor="background1"/>
        </w:tcBorders>
        <w:shd w:val="clear" w:color="auto" w:fill="01775D" w:themeFill="accent4" w:themeFillShade="CC"/>
      </w:tcPr>
    </w:tblStylePr>
    <w:tblStylePr w:type="lastRow">
      <w:rPr>
        <w:b/>
        <w:bCs/>
        <w:color w:val="01775D"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F3CE" w:themeFill="accent3" w:themeFillTint="3F"/>
      </w:tcPr>
    </w:tblStylePr>
    <w:tblStylePr w:type="band1Horz">
      <w:tblPr/>
      <w:tcPr>
        <w:shd w:val="clear" w:color="auto" w:fill="F2F5D7"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DCFEF7" w:themeFill="accent4" w:themeFillTint="19"/>
    </w:tcPr>
    <w:tblStylePr w:type="firstRow">
      <w:rPr>
        <w:b/>
        <w:bCs/>
        <w:color w:val="FFFFFF" w:themeColor="background1"/>
      </w:rPr>
      <w:tblPr/>
      <w:tcPr>
        <w:tcBorders>
          <w:bottom w:val="single" w:sz="12" w:space="0" w:color="FFFFFF" w:themeColor="background1"/>
        </w:tcBorders>
        <w:shd w:val="clear" w:color="auto" w:fill="9DAA29" w:themeFill="accent3" w:themeFillShade="CC"/>
      </w:tcPr>
    </w:tblStylePr>
    <w:tblStylePr w:type="lastRow">
      <w:rPr>
        <w:b/>
        <w:bCs/>
        <w:color w:val="9DAA29"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7FDEA" w:themeFill="accent4" w:themeFillTint="3F"/>
      </w:tcPr>
    </w:tblStylePr>
    <w:tblStylePr w:type="band1Horz">
      <w:tblPr/>
      <w:tcPr>
        <w:shd w:val="clear" w:color="auto" w:fill="B8FEEE"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7F9" w:themeFill="accent5" w:themeFillTint="19"/>
    </w:tcPr>
    <w:tblStylePr w:type="firstRow">
      <w:rPr>
        <w:b/>
        <w:bCs/>
        <w:color w:val="FFFFFF" w:themeColor="background1"/>
      </w:rPr>
      <w:tblPr/>
      <w:tcPr>
        <w:tcBorders>
          <w:bottom w:val="single" w:sz="12" w:space="0" w:color="FFFFFF" w:themeColor="background1"/>
        </w:tcBorders>
        <w:shd w:val="clear" w:color="auto" w:fill="076D8D" w:themeFill="accent6" w:themeFillShade="CC"/>
      </w:tcPr>
    </w:tblStylePr>
    <w:tblStylePr w:type="lastRow">
      <w:rPr>
        <w:b/>
        <w:bCs/>
        <w:color w:val="076D8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CF0" w:themeFill="accent5" w:themeFillTint="3F"/>
      </w:tcPr>
    </w:tblStylePr>
    <w:tblStylePr w:type="band1Horz">
      <w:tblPr/>
      <w:tcPr>
        <w:shd w:val="clear" w:color="auto" w:fill="DAF0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E0F6FD" w:themeFill="accent6" w:themeFillTint="19"/>
    </w:tcPr>
    <w:tblStylePr w:type="firstRow">
      <w:rPr>
        <w:b/>
        <w:bCs/>
        <w:color w:val="FFFFFF" w:themeColor="background1"/>
      </w:rPr>
      <w:tblPr/>
      <w:tcPr>
        <w:tcBorders>
          <w:bottom w:val="single" w:sz="12" w:space="0" w:color="FFFFFF" w:themeColor="background1"/>
        </w:tcBorders>
        <w:shd w:val="clear" w:color="auto" w:fill="3595A2" w:themeFill="accent5" w:themeFillShade="CC"/>
      </w:tcPr>
    </w:tblStylePr>
    <w:tblStylePr w:type="lastRow">
      <w:rPr>
        <w:b/>
        <w:bCs/>
        <w:color w:val="3595A2"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E9FB" w:themeFill="accent6" w:themeFillTint="3F"/>
      </w:tcPr>
    </w:tblStylePr>
    <w:tblStylePr w:type="band1Horz">
      <w:tblPr/>
      <w:tcPr>
        <w:shd w:val="clear" w:color="auto" w:fill="C1EDFC"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FD3" w:themeFill="accent1" w:themeFillTint="33"/>
    </w:tcPr>
    <w:tblStylePr w:type="firstRow">
      <w:rPr>
        <w:b/>
        <w:bCs/>
      </w:rPr>
      <w:tblPr/>
      <w:tcPr>
        <w:shd w:val="clear" w:color="auto" w:fill="B7DFA8" w:themeFill="accent1" w:themeFillTint="66"/>
      </w:tcPr>
    </w:tblStylePr>
    <w:tblStylePr w:type="lastRow">
      <w:rPr>
        <w:b/>
        <w:bCs/>
        <w:color w:val="000000" w:themeColor="text1"/>
      </w:rPr>
      <w:tblPr/>
      <w:tcPr>
        <w:shd w:val="clear" w:color="auto" w:fill="B7DFA8" w:themeFill="accent1" w:themeFillTint="66"/>
      </w:tcPr>
    </w:tblStylePr>
    <w:tblStylePr w:type="firstCol">
      <w:rPr>
        <w:color w:val="FFFFFF" w:themeColor="background1"/>
      </w:rPr>
      <w:tblPr/>
      <w:tcPr>
        <w:shd w:val="clear" w:color="auto" w:fill="3E762A" w:themeFill="accent1" w:themeFillShade="BF"/>
      </w:tcPr>
    </w:tblStylePr>
    <w:tblStylePr w:type="lastCol">
      <w:rPr>
        <w:color w:val="FFFFFF" w:themeColor="background1"/>
      </w:rPr>
      <w:tblPr/>
      <w:tcPr>
        <w:shd w:val="clear" w:color="auto" w:fill="3E762A" w:themeFill="accent1" w:themeFillShade="BF"/>
      </w:tcPr>
    </w:tblStylePr>
    <w:tblStylePr w:type="band1Vert">
      <w:tblPr/>
      <w:tcPr>
        <w:shd w:val="clear" w:color="auto" w:fill="A5D893" w:themeFill="accent1" w:themeFillTint="7F"/>
      </w:tcPr>
    </w:tblStylePr>
    <w:tblStylePr w:type="band1Horz">
      <w:tblPr/>
      <w:tcPr>
        <w:shd w:val="clear" w:color="auto" w:fill="A5D893"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8F3D3" w:themeFill="accent2" w:themeFillTint="33"/>
    </w:tcPr>
    <w:tblStylePr w:type="firstRow">
      <w:rPr>
        <w:b/>
        <w:bCs/>
      </w:rPr>
      <w:tblPr/>
      <w:tcPr>
        <w:shd w:val="clear" w:color="auto" w:fill="D1E7A8" w:themeFill="accent2" w:themeFillTint="66"/>
      </w:tcPr>
    </w:tblStylePr>
    <w:tblStylePr w:type="lastRow">
      <w:rPr>
        <w:b/>
        <w:bCs/>
        <w:color w:val="000000" w:themeColor="text1"/>
      </w:rPr>
      <w:tblPr/>
      <w:tcPr>
        <w:shd w:val="clear" w:color="auto" w:fill="D1E7A8" w:themeFill="accent2" w:themeFillTint="66"/>
      </w:tcPr>
    </w:tblStylePr>
    <w:tblStylePr w:type="firstCol">
      <w:rPr>
        <w:color w:val="FFFFFF" w:themeColor="background1"/>
      </w:rPr>
      <w:tblPr/>
      <w:tcPr>
        <w:shd w:val="clear" w:color="auto" w:fill="668926" w:themeFill="accent2" w:themeFillShade="BF"/>
      </w:tcPr>
    </w:tblStylePr>
    <w:tblStylePr w:type="lastCol">
      <w:rPr>
        <w:color w:val="FFFFFF" w:themeColor="background1"/>
      </w:rPr>
      <w:tblPr/>
      <w:tcPr>
        <w:shd w:val="clear" w:color="auto" w:fill="668926" w:themeFill="accent2" w:themeFillShade="BF"/>
      </w:tcPr>
    </w:tblStylePr>
    <w:tblStylePr w:type="band1Vert">
      <w:tblPr/>
      <w:tcPr>
        <w:shd w:val="clear" w:color="auto" w:fill="C6E193" w:themeFill="accent2" w:themeFillTint="7F"/>
      </w:tcPr>
    </w:tblStylePr>
    <w:tblStylePr w:type="band1Horz">
      <w:tblPr/>
      <w:tcPr>
        <w:shd w:val="clear" w:color="auto" w:fill="C6E193"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F5D7" w:themeFill="accent3" w:themeFillTint="33"/>
    </w:tcPr>
    <w:tblStylePr w:type="firstRow">
      <w:rPr>
        <w:b/>
        <w:bCs/>
      </w:rPr>
      <w:tblPr/>
      <w:tcPr>
        <w:shd w:val="clear" w:color="auto" w:fill="E5EBB0" w:themeFill="accent3" w:themeFillTint="66"/>
      </w:tcPr>
    </w:tblStylePr>
    <w:tblStylePr w:type="lastRow">
      <w:rPr>
        <w:b/>
        <w:bCs/>
        <w:color w:val="000000" w:themeColor="text1"/>
      </w:rPr>
      <w:tblPr/>
      <w:tcPr>
        <w:shd w:val="clear" w:color="auto" w:fill="E5EBB0" w:themeFill="accent3" w:themeFillTint="66"/>
      </w:tcPr>
    </w:tblStylePr>
    <w:tblStylePr w:type="firstCol">
      <w:rPr>
        <w:color w:val="FFFFFF" w:themeColor="background1"/>
      </w:rPr>
      <w:tblPr/>
      <w:tcPr>
        <w:shd w:val="clear" w:color="auto" w:fill="939F27" w:themeFill="accent3" w:themeFillShade="BF"/>
      </w:tcPr>
    </w:tblStylePr>
    <w:tblStylePr w:type="lastCol">
      <w:rPr>
        <w:color w:val="FFFFFF" w:themeColor="background1"/>
      </w:rPr>
      <w:tblPr/>
      <w:tcPr>
        <w:shd w:val="clear" w:color="auto" w:fill="939F27" w:themeFill="accent3" w:themeFillShade="BF"/>
      </w:tcPr>
    </w:tblStylePr>
    <w:tblStylePr w:type="band1Vert">
      <w:tblPr/>
      <w:tcPr>
        <w:shd w:val="clear" w:color="auto" w:fill="DFE79C" w:themeFill="accent3" w:themeFillTint="7F"/>
      </w:tcPr>
    </w:tblStylePr>
    <w:tblStylePr w:type="band1Horz">
      <w:tblPr/>
      <w:tcPr>
        <w:shd w:val="clear" w:color="auto" w:fill="DFE79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B8FEEE" w:themeFill="accent4" w:themeFillTint="33"/>
    </w:tcPr>
    <w:tblStylePr w:type="firstRow">
      <w:rPr>
        <w:b/>
        <w:bCs/>
      </w:rPr>
      <w:tblPr/>
      <w:tcPr>
        <w:shd w:val="clear" w:color="auto" w:fill="71FDDE" w:themeFill="accent4" w:themeFillTint="66"/>
      </w:tcPr>
    </w:tblStylePr>
    <w:tblStylePr w:type="lastRow">
      <w:rPr>
        <w:b/>
        <w:bCs/>
        <w:color w:val="000000" w:themeColor="text1"/>
      </w:rPr>
      <w:tblPr/>
      <w:tcPr>
        <w:shd w:val="clear" w:color="auto" w:fill="71FDDE" w:themeFill="accent4" w:themeFillTint="66"/>
      </w:tcPr>
    </w:tblStylePr>
    <w:tblStylePr w:type="firstCol">
      <w:rPr>
        <w:color w:val="FFFFFF" w:themeColor="background1"/>
      </w:rPr>
      <w:tblPr/>
      <w:tcPr>
        <w:shd w:val="clear" w:color="auto" w:fill="017057" w:themeFill="accent4" w:themeFillShade="BF"/>
      </w:tcPr>
    </w:tblStylePr>
    <w:tblStylePr w:type="lastCol">
      <w:rPr>
        <w:color w:val="FFFFFF" w:themeColor="background1"/>
      </w:rPr>
      <w:tblPr/>
      <w:tcPr>
        <w:shd w:val="clear" w:color="auto" w:fill="017057" w:themeFill="accent4" w:themeFillShade="BF"/>
      </w:tcPr>
    </w:tblStylePr>
    <w:tblStylePr w:type="band1Vert">
      <w:tblPr/>
      <w:tcPr>
        <w:shd w:val="clear" w:color="auto" w:fill="4FFCD6" w:themeFill="accent4" w:themeFillTint="7F"/>
      </w:tcPr>
    </w:tblStylePr>
    <w:tblStylePr w:type="band1Horz">
      <w:tblPr/>
      <w:tcPr>
        <w:shd w:val="clear" w:color="auto" w:fill="4FFCD6"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F0F3" w:themeFill="accent5" w:themeFillTint="33"/>
    </w:tcPr>
    <w:tblStylePr w:type="firstRow">
      <w:rPr>
        <w:b/>
        <w:bCs/>
      </w:rPr>
      <w:tblPr/>
      <w:tcPr>
        <w:shd w:val="clear" w:color="auto" w:fill="B6E1E7" w:themeFill="accent5" w:themeFillTint="66"/>
      </w:tcPr>
    </w:tblStylePr>
    <w:tblStylePr w:type="lastRow">
      <w:rPr>
        <w:b/>
        <w:bCs/>
        <w:color w:val="000000" w:themeColor="text1"/>
      </w:rPr>
      <w:tblPr/>
      <w:tcPr>
        <w:shd w:val="clear" w:color="auto" w:fill="B6E1E7" w:themeFill="accent5" w:themeFillTint="66"/>
      </w:tcPr>
    </w:tblStylePr>
    <w:tblStylePr w:type="firstCol">
      <w:rPr>
        <w:color w:val="FFFFFF" w:themeColor="background1"/>
      </w:rPr>
      <w:tblPr/>
      <w:tcPr>
        <w:shd w:val="clear" w:color="auto" w:fill="318B98" w:themeFill="accent5" w:themeFillShade="BF"/>
      </w:tcPr>
    </w:tblStylePr>
    <w:tblStylePr w:type="lastCol">
      <w:rPr>
        <w:color w:val="FFFFFF" w:themeColor="background1"/>
      </w:rPr>
      <w:tblPr/>
      <w:tcPr>
        <w:shd w:val="clear" w:color="auto" w:fill="318B98" w:themeFill="accent5" w:themeFillShade="BF"/>
      </w:tcPr>
    </w:tblStylePr>
    <w:tblStylePr w:type="band1Vert">
      <w:tblPr/>
      <w:tcPr>
        <w:shd w:val="clear" w:color="auto" w:fill="A4DAE1" w:themeFill="accent5" w:themeFillTint="7F"/>
      </w:tcPr>
    </w:tblStylePr>
    <w:tblStylePr w:type="band1Horz">
      <w:tblPr/>
      <w:tcPr>
        <w:shd w:val="clear" w:color="auto" w:fill="A4DAE1"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1EDFC" w:themeFill="accent6" w:themeFillTint="33"/>
    </w:tcPr>
    <w:tblStylePr w:type="firstRow">
      <w:rPr>
        <w:b/>
        <w:bCs/>
      </w:rPr>
      <w:tblPr/>
      <w:tcPr>
        <w:shd w:val="clear" w:color="auto" w:fill="83DCF8" w:themeFill="accent6" w:themeFillTint="66"/>
      </w:tcPr>
    </w:tblStylePr>
    <w:tblStylePr w:type="lastRow">
      <w:rPr>
        <w:b/>
        <w:bCs/>
        <w:color w:val="000000" w:themeColor="text1"/>
      </w:rPr>
      <w:tblPr/>
      <w:tcPr>
        <w:shd w:val="clear" w:color="auto" w:fill="83DCF8" w:themeFill="accent6" w:themeFillTint="66"/>
      </w:tcPr>
    </w:tblStylePr>
    <w:tblStylePr w:type="firstCol">
      <w:rPr>
        <w:color w:val="FFFFFF" w:themeColor="background1"/>
      </w:rPr>
      <w:tblPr/>
      <w:tcPr>
        <w:shd w:val="clear" w:color="auto" w:fill="066684" w:themeFill="accent6" w:themeFillShade="BF"/>
      </w:tcPr>
    </w:tblStylePr>
    <w:tblStylePr w:type="lastCol">
      <w:rPr>
        <w:color w:val="FFFFFF" w:themeColor="background1"/>
      </w:rPr>
      <w:tblPr/>
      <w:tcPr>
        <w:shd w:val="clear" w:color="auto" w:fill="066684" w:themeFill="accent6" w:themeFillShade="BF"/>
      </w:tcPr>
    </w:tblStylePr>
    <w:tblStylePr w:type="band1Vert">
      <w:tblPr/>
      <w:tcPr>
        <w:shd w:val="clear" w:color="auto" w:fill="65D4F7" w:themeFill="accent6" w:themeFillTint="7F"/>
      </w:tcPr>
    </w:tblStylePr>
    <w:tblStylePr w:type="band1Horz">
      <w:tblPr/>
      <w:tcPr>
        <w:shd w:val="clear" w:color="auto" w:fill="65D4F7"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Green">
      <a:dk1>
        <a:sysClr val="windowText" lastClr="000000"/>
      </a:dk1>
      <a:lt1>
        <a:sysClr val="window" lastClr="FFFFFF"/>
      </a:lt1>
      <a:dk2>
        <a:srgbClr val="455F51"/>
      </a:dk2>
      <a:lt2>
        <a:srgbClr val="E3DED1"/>
      </a:lt2>
      <a:accent1>
        <a:srgbClr val="549E39"/>
      </a:accent1>
      <a:accent2>
        <a:srgbClr val="8AB833"/>
      </a:accent2>
      <a:accent3>
        <a:srgbClr val="C0CF3A"/>
      </a:accent3>
      <a:accent4>
        <a:srgbClr val="029676"/>
      </a:accent4>
      <a:accent5>
        <a:srgbClr val="4AB5C4"/>
      </a:accent5>
      <a:accent6>
        <a:srgbClr val="0989B1"/>
      </a:accent6>
      <a:hlink>
        <a:srgbClr val="6B9F25"/>
      </a:hlink>
      <a:folHlink>
        <a:srgbClr val="BA6906"/>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629</Words>
  <Characters>3588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4209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Fatema Alteneiji</cp:lastModifiedBy>
  <cp:revision>3</cp:revision>
  <dcterms:created xsi:type="dcterms:W3CDTF">2025-02-13T07:50:00Z</dcterms:created>
  <dcterms:modified xsi:type="dcterms:W3CDTF">2025-02-13T07:50:00Z</dcterms:modified>
  <cp:category/>
</cp:coreProperties>
</file>